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12"/>
      </w:tblGrid>
      <w:tr w:rsidR="00EF40CC" w:rsidRPr="00887EC7" w14:paraId="4B0D7CC4" w14:textId="77777777">
        <w:trPr>
          <w:jc w:val="center"/>
        </w:trPr>
        <w:tc>
          <w:tcPr>
            <w:tcW w:w="10312" w:type="dxa"/>
            <w:shd w:val="clear" w:color="auto" w:fill="243447"/>
            <w:tcMar>
              <w:top w:w="260" w:type="dxa"/>
              <w:left w:w="320" w:type="dxa"/>
              <w:bottom w:w="280" w:type="dxa"/>
              <w:right w:w="320" w:type="dxa"/>
            </w:tcMar>
          </w:tcPr>
          <w:p w14:paraId="120FFD8C" w14:textId="77777777" w:rsidR="00EF40CC" w:rsidRPr="00887EC7" w:rsidRDefault="00351389">
            <w:pPr>
              <w:rPr>
                <w:rFonts w:ascii="Amasis MT Pro Light" w:hAnsi="Amasis MT Pro Light"/>
              </w:rPr>
            </w:pPr>
            <w:r w:rsidRPr="00887EC7">
              <w:rPr>
                <w:rFonts w:ascii="Amasis MT Pro Light" w:hAnsi="Amasis MT Pro Light"/>
                <w:b/>
                <w:color w:val="D9C39B"/>
                <w:sz w:val="16"/>
              </w:rPr>
              <w:t>KONSULTACJE SPOŁECZNE</w:t>
            </w:r>
          </w:p>
          <w:p w14:paraId="0A7EA6D9" w14:textId="77777777" w:rsidR="00EF40CC" w:rsidRPr="00887EC7" w:rsidRDefault="00351389">
            <w:pPr>
              <w:spacing w:before="60" w:after="60"/>
              <w:rPr>
                <w:rFonts w:ascii="Amasis MT Pro Light" w:hAnsi="Amasis MT Pro Light"/>
                <w:color w:val="FFFFFF" w:themeColor="background1"/>
              </w:rPr>
            </w:pPr>
            <w:r w:rsidRPr="00887EC7">
              <w:rPr>
                <w:rFonts w:ascii="Amasis MT Pro Light" w:hAnsi="Amasis MT Pro Light"/>
                <w:b/>
                <w:color w:val="FFFFFF" w:themeColor="background1"/>
                <w:sz w:val="46"/>
              </w:rPr>
              <w:t>FORMULARZ UWAG I POMYSŁÓW</w:t>
            </w:r>
          </w:p>
          <w:p w14:paraId="3CFD96D3" w14:textId="250230C8" w:rsidR="00EF40CC" w:rsidRPr="00887EC7" w:rsidRDefault="00351389">
            <w:pPr>
              <w:rPr>
                <w:rFonts w:ascii="Amasis MT Pro Light" w:hAnsi="Amasis MT Pro Light"/>
                <w:color w:val="FFFFFF" w:themeColor="background1"/>
              </w:rPr>
            </w:pPr>
            <w:r w:rsidRPr="00887EC7">
              <w:rPr>
                <w:rFonts w:ascii="Amasis MT Pro Light" w:hAnsi="Amasis MT Pro Light"/>
                <w:color w:val="FFFFFF" w:themeColor="background1"/>
              </w:rPr>
              <w:t>Współtworzenie oferty kulturalno-edukacyjnej Centrum Rozwoju Historii Ziemiaństwa</w:t>
            </w:r>
            <w:r w:rsidR="00887EC7" w:rsidRPr="00887EC7">
              <w:rPr>
                <w:rFonts w:ascii="Amasis MT Pro Light" w:hAnsi="Amasis MT Pro Light"/>
                <w:color w:val="FFFFFF" w:themeColor="background1"/>
              </w:rPr>
              <w:t xml:space="preserve"> Ziemi Opatowskiej</w:t>
            </w:r>
          </w:p>
          <w:p w14:paraId="37D39525" w14:textId="1BE97D9B" w:rsidR="00B87820" w:rsidRPr="00887EC7" w:rsidRDefault="00887EC7">
            <w:pPr>
              <w:rPr>
                <w:rFonts w:ascii="Amasis MT Pro Light" w:hAnsi="Amasis MT Pro Light"/>
              </w:rPr>
            </w:pPr>
            <w:r w:rsidRPr="00887EC7">
              <w:rPr>
                <w:rFonts w:ascii="Amasis MT Pro Light" w:hAnsi="Amasis MT Pro Light"/>
                <w:color w:val="FFFFFF" w:themeColor="background1"/>
              </w:rPr>
              <w:t>Powiat Opatowski przygotowuje przedsięwzięcie dotyczące</w:t>
            </w:r>
            <w:r w:rsidRPr="00887EC7">
              <w:rPr>
                <w:rFonts w:ascii="Amasis MT Pro Light" w:hAnsi="Amasis MT Pro Light"/>
                <w:b/>
                <w:bCs/>
                <w:color w:val="FFFFFF" w:themeColor="background1"/>
              </w:rPr>
              <w:t xml:space="preserve"> utworzenia Centrum Rozwoju Historii Ziemiaństwa Ziemi Opatowskiej, którego przedmiotem jest odbudowa zabytkowego budynku oficyny z przeznaczeniem na cele muzealne w miejscowości Włostów</w:t>
            </w:r>
            <w:r w:rsidRPr="00887EC7">
              <w:rPr>
                <w:rFonts w:ascii="Amasis MT Pro Light" w:hAnsi="Amasis MT Pro Light"/>
                <w:color w:val="FFFFFF" w:themeColor="background1"/>
              </w:rPr>
              <w:t>, położonego na terenie historycznego zespołu pałacowo-parkowego Karskich.. Planowana inwestycja ma na celu zachowanie i przywrócenie wartości historycznych obiektu oraz nadanie mu nowych funkcji związanych z prezentacją i popularyzacją lokalnego dziedzictwa kulturowego. Odbudowana oficyna ma stać się miejscem udostępniania historii regionu, działalności wystawienniczej i edukacyjnej, służącym zarówno mieszkańcom, jak i osobom odwiedzającym Włostów. Prowadzone konsultacje społeczne mają pomóc w określeniu oczekiwań dotyczących przyszłej oferty muzealnej, kulturalnej i edukacyjnej oraz sposobów wykorzystania obiektu.</w:t>
            </w:r>
            <w:r w:rsidR="00B87820" w:rsidRPr="00887EC7">
              <w:rPr>
                <w:rFonts w:ascii="Amasis MT Pro Light" w:hAnsi="Amasis MT Pro Light"/>
              </w:rPr>
              <w:t>.</w:t>
            </w:r>
          </w:p>
        </w:tc>
      </w:tr>
    </w:tbl>
    <w:p w14:paraId="5F783A40" w14:textId="77777777" w:rsidR="00EF40CC" w:rsidRPr="00887EC7" w:rsidRDefault="00EF40CC">
      <w:pPr>
        <w:rPr>
          <w:rFonts w:ascii="Amasis MT Pro Light" w:hAnsi="Amasis MT Pro Light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9"/>
      </w:tblGrid>
      <w:tr w:rsidR="00EF40CC" w:rsidRPr="00887EC7" w14:paraId="48D55141" w14:textId="77777777">
        <w:trPr>
          <w:jc w:val="center"/>
        </w:trPr>
        <w:tc>
          <w:tcPr>
            <w:tcW w:w="10312" w:type="dxa"/>
            <w:tcBorders>
              <w:left w:val="single" w:sz="18" w:space="0" w:color="B28A4A"/>
            </w:tcBorders>
            <w:shd w:val="clear" w:color="auto" w:fill="F5F1E8"/>
            <w:tcMar>
              <w:top w:w="180" w:type="dxa"/>
              <w:left w:w="220" w:type="dxa"/>
              <w:bottom w:w="180" w:type="dxa"/>
              <w:right w:w="220" w:type="dxa"/>
            </w:tcMar>
          </w:tcPr>
          <w:p w14:paraId="225F9B4B" w14:textId="1AA9BE3E" w:rsidR="00EF40CC" w:rsidRPr="00887EC7" w:rsidRDefault="00351389">
            <w:pPr>
              <w:spacing w:after="0"/>
              <w:rPr>
                <w:rFonts w:ascii="Amasis MT Pro Light" w:hAnsi="Amasis MT Pro Light"/>
              </w:rPr>
            </w:pPr>
            <w:r w:rsidRPr="00887EC7">
              <w:rPr>
                <w:rFonts w:ascii="Amasis MT Pro Light" w:hAnsi="Amasis MT Pro Light"/>
                <w:sz w:val="18"/>
              </w:rPr>
              <w:t>To nie jest ankieta badawcza. Formularz służy zgłaszaniu konkretnych pomysłów, uwag i postulatów dotyczących przyszłej oferty Centrum. Możesz odpowiedzieć tylko na te pytania, w których masz coś do zaproponowania.</w:t>
            </w:r>
          </w:p>
        </w:tc>
      </w:tr>
    </w:tbl>
    <w:p w14:paraId="3A9B0F9E" w14:textId="77777777" w:rsidR="00EF40CC" w:rsidRPr="00887EC7" w:rsidRDefault="00351389">
      <w:pPr>
        <w:pStyle w:val="Question"/>
        <w:rPr>
          <w:rFonts w:ascii="Amasis MT Pro Light" w:hAnsi="Amasis MT Pro Light"/>
          <w:lang w:val="pl-PL"/>
        </w:rPr>
      </w:pPr>
      <w:r w:rsidRPr="00887EC7">
        <w:rPr>
          <w:rFonts w:ascii="Amasis MT Pro Light" w:hAnsi="Amasis MT Pro Light"/>
          <w:lang w:val="pl-PL"/>
        </w:rPr>
        <w:t>1. Kim jesteś? (informacja dobrowolna; możesz zaznaczyć kilka)</w:t>
      </w:r>
    </w:p>
    <w:p w14:paraId="69B2F48A" w14:textId="77777777" w:rsidR="00EF40CC" w:rsidRPr="00887EC7" w:rsidRDefault="00351389">
      <w:pPr>
        <w:spacing w:after="30"/>
        <w:ind w:left="283"/>
        <w:rPr>
          <w:rFonts w:ascii="Amasis MT Pro Light" w:hAnsi="Amasis MT Pro Light"/>
        </w:rPr>
      </w:pPr>
      <w:r w:rsidRPr="00887EC7">
        <w:rPr>
          <w:rFonts w:ascii="Segoe UI Symbol" w:hAnsi="Segoe UI Symbol" w:cs="Segoe UI Symbol"/>
          <w:sz w:val="19"/>
        </w:rPr>
        <w:t>☐</w:t>
      </w:r>
      <w:r w:rsidRPr="00887EC7">
        <w:rPr>
          <w:rFonts w:ascii="Amasis MT Pro Light" w:hAnsi="Amasis MT Pro Light"/>
          <w:sz w:val="19"/>
        </w:rPr>
        <w:t xml:space="preserve">  mieszkaniec/mieszkanka</w:t>
      </w:r>
    </w:p>
    <w:p w14:paraId="115C51AA" w14:textId="77777777" w:rsidR="00EF40CC" w:rsidRPr="00887EC7" w:rsidRDefault="00351389">
      <w:pPr>
        <w:spacing w:after="30"/>
        <w:ind w:left="283"/>
        <w:rPr>
          <w:rFonts w:ascii="Amasis MT Pro Light" w:hAnsi="Amasis MT Pro Light"/>
        </w:rPr>
      </w:pPr>
      <w:r w:rsidRPr="00887EC7">
        <w:rPr>
          <w:rFonts w:ascii="Segoe UI Symbol" w:hAnsi="Segoe UI Symbol" w:cs="Segoe UI Symbol"/>
          <w:sz w:val="19"/>
        </w:rPr>
        <w:t>☐</w:t>
      </w:r>
      <w:r w:rsidRPr="00887EC7">
        <w:rPr>
          <w:rFonts w:ascii="Amasis MT Pro Light" w:hAnsi="Amasis MT Pro Light"/>
          <w:sz w:val="19"/>
        </w:rPr>
        <w:t xml:space="preserve">  uczeń/uczennica lub student/studentka</w:t>
      </w:r>
    </w:p>
    <w:p w14:paraId="1DB5A015" w14:textId="77777777" w:rsidR="00EF40CC" w:rsidRPr="00887EC7" w:rsidRDefault="00351389">
      <w:pPr>
        <w:spacing w:after="30"/>
        <w:ind w:left="283"/>
        <w:rPr>
          <w:rFonts w:ascii="Amasis MT Pro Light" w:hAnsi="Amasis MT Pro Light"/>
        </w:rPr>
      </w:pPr>
      <w:r w:rsidRPr="00887EC7">
        <w:rPr>
          <w:rFonts w:ascii="Segoe UI Symbol" w:hAnsi="Segoe UI Symbol" w:cs="Segoe UI Symbol"/>
          <w:sz w:val="19"/>
        </w:rPr>
        <w:t>☐</w:t>
      </w:r>
      <w:r w:rsidRPr="00887EC7">
        <w:rPr>
          <w:rFonts w:ascii="Amasis MT Pro Light" w:hAnsi="Amasis MT Pro Light"/>
          <w:sz w:val="19"/>
        </w:rPr>
        <w:t xml:space="preserve">  rodzic/opiekun</w:t>
      </w:r>
    </w:p>
    <w:p w14:paraId="5BCAF761" w14:textId="77777777" w:rsidR="00EF40CC" w:rsidRPr="00887EC7" w:rsidRDefault="00351389">
      <w:pPr>
        <w:spacing w:after="30"/>
        <w:ind w:left="283"/>
        <w:rPr>
          <w:rFonts w:ascii="Amasis MT Pro Light" w:hAnsi="Amasis MT Pro Light"/>
        </w:rPr>
      </w:pPr>
      <w:r w:rsidRPr="00887EC7">
        <w:rPr>
          <w:rFonts w:ascii="Segoe UI Symbol" w:hAnsi="Segoe UI Symbol" w:cs="Segoe UI Symbol"/>
          <w:sz w:val="19"/>
        </w:rPr>
        <w:t>☐</w:t>
      </w:r>
      <w:r w:rsidRPr="00887EC7">
        <w:rPr>
          <w:rFonts w:ascii="Amasis MT Pro Light" w:hAnsi="Amasis MT Pro Light"/>
          <w:sz w:val="19"/>
        </w:rPr>
        <w:t xml:space="preserve">  senior/seniorka</w:t>
      </w:r>
    </w:p>
    <w:p w14:paraId="14813575" w14:textId="77777777" w:rsidR="00EF40CC" w:rsidRPr="00887EC7" w:rsidRDefault="00351389">
      <w:pPr>
        <w:spacing w:after="30"/>
        <w:ind w:left="283"/>
        <w:rPr>
          <w:rFonts w:ascii="Amasis MT Pro Light" w:hAnsi="Amasis MT Pro Light"/>
        </w:rPr>
      </w:pPr>
      <w:r w:rsidRPr="00887EC7">
        <w:rPr>
          <w:rFonts w:ascii="Segoe UI Symbol" w:hAnsi="Segoe UI Symbol" w:cs="Segoe UI Symbol"/>
          <w:sz w:val="19"/>
        </w:rPr>
        <w:t>☐</w:t>
      </w:r>
      <w:r w:rsidRPr="00887EC7">
        <w:rPr>
          <w:rFonts w:ascii="Amasis MT Pro Light" w:hAnsi="Amasis MT Pro Light"/>
          <w:sz w:val="19"/>
        </w:rPr>
        <w:t xml:space="preserve">  osoba z niepełnosprawnością / szczególnymi potrzebami</w:t>
      </w:r>
    </w:p>
    <w:p w14:paraId="3BEC8E97" w14:textId="77777777" w:rsidR="00EF40CC" w:rsidRPr="00887EC7" w:rsidRDefault="00351389">
      <w:pPr>
        <w:spacing w:after="30"/>
        <w:ind w:left="283"/>
        <w:rPr>
          <w:rFonts w:ascii="Amasis MT Pro Light" w:hAnsi="Amasis MT Pro Light"/>
        </w:rPr>
      </w:pPr>
      <w:r w:rsidRPr="00887EC7">
        <w:rPr>
          <w:rFonts w:ascii="Segoe UI Symbol" w:hAnsi="Segoe UI Symbol" w:cs="Segoe UI Symbol"/>
          <w:sz w:val="19"/>
        </w:rPr>
        <w:t>☐</w:t>
      </w:r>
      <w:r w:rsidRPr="00887EC7">
        <w:rPr>
          <w:rFonts w:ascii="Amasis MT Pro Light" w:hAnsi="Amasis MT Pro Light"/>
          <w:sz w:val="19"/>
        </w:rPr>
        <w:t xml:space="preserve">  przedstawiciel/przedstawicielka NGO</w:t>
      </w:r>
    </w:p>
    <w:p w14:paraId="7D26FC76" w14:textId="77777777" w:rsidR="00EF40CC" w:rsidRPr="00887EC7" w:rsidRDefault="00351389">
      <w:pPr>
        <w:spacing w:after="30"/>
        <w:ind w:left="283"/>
        <w:rPr>
          <w:rFonts w:ascii="Amasis MT Pro Light" w:hAnsi="Amasis MT Pro Light"/>
        </w:rPr>
      </w:pPr>
      <w:r w:rsidRPr="00887EC7">
        <w:rPr>
          <w:rFonts w:ascii="Segoe UI Symbol" w:hAnsi="Segoe UI Symbol" w:cs="Segoe UI Symbol"/>
          <w:sz w:val="19"/>
        </w:rPr>
        <w:t>☐</w:t>
      </w:r>
      <w:r w:rsidRPr="00887EC7">
        <w:rPr>
          <w:rFonts w:ascii="Amasis MT Pro Light" w:hAnsi="Amasis MT Pro Light"/>
          <w:sz w:val="19"/>
        </w:rPr>
        <w:t xml:space="preserve">  nauczyciel/nauczycielka / przedstawiciel szkoły</w:t>
      </w:r>
    </w:p>
    <w:p w14:paraId="5BB03141" w14:textId="77777777" w:rsidR="00EF40CC" w:rsidRPr="00887EC7" w:rsidRDefault="00351389">
      <w:pPr>
        <w:spacing w:after="30"/>
        <w:ind w:left="283"/>
        <w:rPr>
          <w:rFonts w:ascii="Amasis MT Pro Light" w:hAnsi="Amasis MT Pro Light"/>
        </w:rPr>
      </w:pPr>
      <w:r w:rsidRPr="00887EC7">
        <w:rPr>
          <w:rFonts w:ascii="Segoe UI Symbol" w:hAnsi="Segoe UI Symbol" w:cs="Segoe UI Symbol"/>
          <w:sz w:val="19"/>
        </w:rPr>
        <w:t>☐</w:t>
      </w:r>
      <w:r w:rsidRPr="00887EC7">
        <w:rPr>
          <w:rFonts w:ascii="Amasis MT Pro Light" w:hAnsi="Amasis MT Pro Light"/>
          <w:sz w:val="19"/>
        </w:rPr>
        <w:t xml:space="preserve">  twórca, artysta, rzemieślnik</w:t>
      </w:r>
    </w:p>
    <w:p w14:paraId="115E6428" w14:textId="77777777" w:rsidR="00EF40CC" w:rsidRPr="00887EC7" w:rsidRDefault="00351389">
      <w:pPr>
        <w:spacing w:after="30"/>
        <w:ind w:left="283"/>
        <w:rPr>
          <w:rFonts w:ascii="Amasis MT Pro Light" w:hAnsi="Amasis MT Pro Light"/>
        </w:rPr>
      </w:pPr>
      <w:r w:rsidRPr="00887EC7">
        <w:rPr>
          <w:rFonts w:ascii="Segoe UI Symbol" w:hAnsi="Segoe UI Symbol" w:cs="Segoe UI Symbol"/>
          <w:sz w:val="19"/>
        </w:rPr>
        <w:t>☐</w:t>
      </w:r>
      <w:r w:rsidRPr="00887EC7">
        <w:rPr>
          <w:rFonts w:ascii="Amasis MT Pro Light" w:hAnsi="Amasis MT Pro Light"/>
          <w:sz w:val="19"/>
        </w:rPr>
        <w:t xml:space="preserve">  historyk / regionalista / osoba zajmująca się dziedzictwem</w:t>
      </w:r>
    </w:p>
    <w:p w14:paraId="6D350854" w14:textId="77777777" w:rsidR="00EF40CC" w:rsidRPr="00887EC7" w:rsidRDefault="00351389">
      <w:pPr>
        <w:spacing w:after="30"/>
        <w:ind w:left="283"/>
        <w:rPr>
          <w:rFonts w:ascii="Amasis MT Pro Light" w:hAnsi="Amasis MT Pro Light"/>
        </w:rPr>
      </w:pPr>
      <w:r w:rsidRPr="00887EC7">
        <w:rPr>
          <w:rFonts w:ascii="Segoe UI Symbol" w:hAnsi="Segoe UI Symbol" w:cs="Segoe UI Symbol"/>
          <w:sz w:val="19"/>
        </w:rPr>
        <w:t>☐</w:t>
      </w:r>
      <w:r w:rsidRPr="00887EC7">
        <w:rPr>
          <w:rFonts w:ascii="Amasis MT Pro Light" w:hAnsi="Amasis MT Pro Light"/>
          <w:sz w:val="19"/>
        </w:rPr>
        <w:t xml:space="preserve">  przedstawiciel instytucji kultury</w:t>
      </w:r>
    </w:p>
    <w:p w14:paraId="268D6864" w14:textId="77777777" w:rsidR="00EF40CC" w:rsidRPr="00887EC7" w:rsidRDefault="00351389">
      <w:pPr>
        <w:spacing w:after="30"/>
        <w:ind w:left="283"/>
        <w:rPr>
          <w:rFonts w:ascii="Amasis MT Pro Light" w:hAnsi="Amasis MT Pro Light"/>
        </w:rPr>
      </w:pPr>
      <w:r w:rsidRPr="00887EC7">
        <w:rPr>
          <w:rFonts w:ascii="Segoe UI Symbol" w:hAnsi="Segoe UI Symbol" w:cs="Segoe UI Symbol"/>
          <w:sz w:val="19"/>
        </w:rPr>
        <w:t>☐</w:t>
      </w:r>
      <w:r w:rsidRPr="00887EC7">
        <w:rPr>
          <w:rFonts w:ascii="Amasis MT Pro Light" w:hAnsi="Amasis MT Pro Light"/>
          <w:sz w:val="19"/>
        </w:rPr>
        <w:t xml:space="preserve">  przedstawiciel branży turystycznej</w:t>
      </w:r>
    </w:p>
    <w:p w14:paraId="19EA9122" w14:textId="77777777" w:rsidR="00EF40CC" w:rsidRPr="00887EC7" w:rsidRDefault="00351389">
      <w:pPr>
        <w:spacing w:after="30"/>
        <w:ind w:left="283"/>
        <w:rPr>
          <w:rFonts w:ascii="Amasis MT Pro Light" w:hAnsi="Amasis MT Pro Light"/>
        </w:rPr>
      </w:pPr>
      <w:r w:rsidRPr="00887EC7">
        <w:rPr>
          <w:rFonts w:ascii="Segoe UI Symbol" w:hAnsi="Segoe UI Symbol" w:cs="Segoe UI Symbol"/>
          <w:sz w:val="19"/>
        </w:rPr>
        <w:t>☐</w:t>
      </w:r>
      <w:r w:rsidRPr="00887EC7">
        <w:rPr>
          <w:rFonts w:ascii="Amasis MT Pro Light" w:hAnsi="Amasis MT Pro Light"/>
          <w:sz w:val="19"/>
        </w:rPr>
        <w:t xml:space="preserve">  inna rola</w:t>
      </w:r>
    </w:p>
    <w:p w14:paraId="56CE7FCB" w14:textId="77777777" w:rsidR="00EF40CC" w:rsidRPr="00887EC7" w:rsidRDefault="00351389">
      <w:pPr>
        <w:spacing w:after="30"/>
        <w:ind w:left="283"/>
        <w:rPr>
          <w:rFonts w:ascii="Amasis MT Pro Light" w:hAnsi="Amasis MT Pro Light"/>
        </w:rPr>
      </w:pPr>
      <w:r w:rsidRPr="00887EC7">
        <w:rPr>
          <w:rFonts w:ascii="Segoe UI Symbol" w:hAnsi="Segoe UI Symbol" w:cs="Segoe UI Symbol"/>
          <w:sz w:val="19"/>
        </w:rPr>
        <w:t>☐</w:t>
      </w:r>
      <w:r w:rsidRPr="00887EC7">
        <w:rPr>
          <w:rFonts w:ascii="Amasis MT Pro Light" w:hAnsi="Amasis MT Pro Light"/>
          <w:sz w:val="19"/>
        </w:rPr>
        <w:t xml:space="preserve">  wolę nie podawać</w:t>
      </w:r>
    </w:p>
    <w:p w14:paraId="4B0982A9" w14:textId="381C6FCD" w:rsidR="00EF40CC" w:rsidRPr="00887EC7" w:rsidRDefault="00351389">
      <w:pPr>
        <w:pStyle w:val="Question"/>
        <w:rPr>
          <w:rFonts w:ascii="Amasis MT Pro Light" w:hAnsi="Amasis MT Pro Light"/>
          <w:lang w:val="pl-PL"/>
        </w:rPr>
      </w:pPr>
      <w:r w:rsidRPr="00887EC7">
        <w:rPr>
          <w:rFonts w:ascii="Amasis MT Pro Light" w:hAnsi="Amasis MT Pro Light"/>
          <w:lang w:val="pl-PL"/>
        </w:rPr>
        <w:t xml:space="preserve">2. Z jaką miejscowością lub gminą jesteś związany/a? </w:t>
      </w:r>
    </w:p>
    <w:p w14:paraId="46E66729" w14:textId="77777777" w:rsidR="00EF40CC" w:rsidRPr="00887EC7" w:rsidRDefault="00351389">
      <w:pPr>
        <w:spacing w:after="20"/>
        <w:ind w:left="170"/>
        <w:rPr>
          <w:rFonts w:ascii="Amasis MT Pro Light" w:hAnsi="Amasis MT Pro Light"/>
        </w:rPr>
      </w:pPr>
      <w:r w:rsidRPr="00887EC7">
        <w:rPr>
          <w:rFonts w:ascii="Amasis MT Pro Light" w:hAnsi="Amasis MT Pro Light"/>
          <w:color w:val="D8DEE5"/>
          <w:sz w:val="16"/>
        </w:rPr>
        <w:t>________________________________________________________________________________</w:t>
      </w:r>
    </w:p>
    <w:p w14:paraId="10105A9A" w14:textId="77777777" w:rsidR="00EF40CC" w:rsidRPr="00887EC7" w:rsidRDefault="00351389">
      <w:pPr>
        <w:spacing w:before="240" w:after="40"/>
        <w:rPr>
          <w:rFonts w:ascii="Amasis MT Pro Light" w:hAnsi="Amasis MT Pro Light"/>
        </w:rPr>
      </w:pPr>
      <w:r w:rsidRPr="00887EC7">
        <w:rPr>
          <w:rFonts w:ascii="Amasis MT Pro Light" w:hAnsi="Amasis MT Pro Light"/>
          <w:b/>
          <w:color w:val="B28A4A"/>
          <w:sz w:val="32"/>
        </w:rPr>
        <w:t xml:space="preserve">I  </w:t>
      </w:r>
      <w:r w:rsidRPr="00887EC7">
        <w:rPr>
          <w:rFonts w:ascii="Amasis MT Pro Light" w:hAnsi="Amasis MT Pro Light"/>
          <w:b/>
          <w:color w:val="243447"/>
          <w:sz w:val="32"/>
        </w:rPr>
        <w:t>DZIEDZICTWO I TOŻSAMOŚĆ</w:t>
      </w:r>
    </w:p>
    <w:p w14:paraId="5E707D17" w14:textId="77777777" w:rsidR="00EF40CC" w:rsidRPr="00887EC7" w:rsidRDefault="00351389">
      <w:pPr>
        <w:spacing w:after="120"/>
        <w:rPr>
          <w:rFonts w:ascii="Amasis MT Pro Light" w:hAnsi="Amasis MT Pro Light"/>
        </w:rPr>
      </w:pPr>
      <w:r w:rsidRPr="00887EC7">
        <w:rPr>
          <w:rFonts w:ascii="Amasis MT Pro Light" w:hAnsi="Amasis MT Pro Light"/>
          <w:i/>
          <w:color w:val="68727C"/>
          <w:sz w:val="18"/>
        </w:rPr>
        <w:t>Co warto zachować, opowiedzieć i przekazać kolejnym pokoleniom?</w:t>
      </w:r>
    </w:p>
    <w:p w14:paraId="1C7BCF92" w14:textId="77777777" w:rsidR="00EF40CC" w:rsidRPr="00887EC7" w:rsidRDefault="00351389">
      <w:pPr>
        <w:pStyle w:val="Question"/>
        <w:rPr>
          <w:rFonts w:ascii="Amasis MT Pro Light" w:hAnsi="Amasis MT Pro Light"/>
          <w:lang w:val="pl-PL"/>
        </w:rPr>
      </w:pPr>
      <w:r w:rsidRPr="00887EC7">
        <w:rPr>
          <w:rFonts w:ascii="Amasis MT Pro Light" w:hAnsi="Amasis MT Pro Light"/>
          <w:lang w:val="pl-PL"/>
        </w:rPr>
        <w:t>3. Jakie elementy historii ziemiaństwa i historii Ziemi Opatowskiej powinny być szczególnie obecne w Centrum?</w:t>
      </w:r>
    </w:p>
    <w:p w14:paraId="54D6E350" w14:textId="77777777" w:rsidR="00EF40CC" w:rsidRPr="00887EC7" w:rsidRDefault="00351389">
      <w:pPr>
        <w:spacing w:after="20"/>
        <w:ind w:left="170"/>
        <w:rPr>
          <w:rFonts w:ascii="Amasis MT Pro Light" w:hAnsi="Amasis MT Pro Light"/>
        </w:rPr>
      </w:pPr>
      <w:r w:rsidRPr="00887EC7">
        <w:rPr>
          <w:rFonts w:ascii="Amasis MT Pro Light" w:hAnsi="Amasis MT Pro Light"/>
          <w:color w:val="D8DEE5"/>
          <w:sz w:val="16"/>
        </w:rPr>
        <w:lastRenderedPageBreak/>
        <w:t>________________________________________________________________________________</w:t>
      </w:r>
    </w:p>
    <w:p w14:paraId="52DB54A5" w14:textId="77777777" w:rsidR="00EF40CC" w:rsidRPr="00887EC7" w:rsidRDefault="00351389">
      <w:pPr>
        <w:spacing w:after="20"/>
        <w:ind w:left="170"/>
        <w:rPr>
          <w:rFonts w:ascii="Amasis MT Pro Light" w:hAnsi="Amasis MT Pro Light"/>
        </w:rPr>
      </w:pPr>
      <w:r w:rsidRPr="00887EC7">
        <w:rPr>
          <w:rFonts w:ascii="Amasis MT Pro Light" w:hAnsi="Amasis MT Pro Light"/>
          <w:color w:val="D8DEE5"/>
          <w:sz w:val="16"/>
        </w:rPr>
        <w:t>________________________________________________________________________________</w:t>
      </w:r>
    </w:p>
    <w:p w14:paraId="434B1CF3" w14:textId="77777777" w:rsidR="00EF40CC" w:rsidRPr="00887EC7" w:rsidRDefault="00351389">
      <w:pPr>
        <w:spacing w:after="20"/>
        <w:ind w:left="170"/>
        <w:rPr>
          <w:rFonts w:ascii="Amasis MT Pro Light" w:hAnsi="Amasis MT Pro Light"/>
        </w:rPr>
      </w:pPr>
      <w:r w:rsidRPr="00887EC7">
        <w:rPr>
          <w:rFonts w:ascii="Amasis MT Pro Light" w:hAnsi="Amasis MT Pro Light"/>
          <w:color w:val="D8DEE5"/>
          <w:sz w:val="16"/>
        </w:rPr>
        <w:t>________________________________________________________________________________</w:t>
      </w:r>
    </w:p>
    <w:p w14:paraId="33A27C68" w14:textId="77777777" w:rsidR="00EF40CC" w:rsidRPr="00887EC7" w:rsidRDefault="00351389">
      <w:pPr>
        <w:spacing w:after="20"/>
        <w:ind w:left="170"/>
        <w:rPr>
          <w:rFonts w:ascii="Amasis MT Pro Light" w:hAnsi="Amasis MT Pro Light"/>
        </w:rPr>
      </w:pPr>
      <w:r w:rsidRPr="00887EC7">
        <w:rPr>
          <w:rFonts w:ascii="Amasis MT Pro Light" w:hAnsi="Amasis MT Pro Light"/>
          <w:color w:val="D8DEE5"/>
          <w:sz w:val="16"/>
        </w:rPr>
        <w:t>________________________________________________________________________________</w:t>
      </w:r>
    </w:p>
    <w:p w14:paraId="7B8B6B5C" w14:textId="77777777" w:rsidR="00EF40CC" w:rsidRPr="00887EC7" w:rsidRDefault="00351389">
      <w:pPr>
        <w:pStyle w:val="Question"/>
        <w:rPr>
          <w:rFonts w:ascii="Amasis MT Pro Light" w:hAnsi="Amasis MT Pro Light"/>
          <w:lang w:val="pl-PL"/>
        </w:rPr>
      </w:pPr>
      <w:r w:rsidRPr="00887EC7">
        <w:rPr>
          <w:rFonts w:ascii="Amasis MT Pro Light" w:hAnsi="Amasis MT Pro Light"/>
          <w:lang w:val="pl-PL"/>
        </w:rPr>
        <w:t>4. Czy znasz lokalne tradycje, zwyczaje, opowieści, rzemiosło, umiejętności, miejsca, postacie lub osoby będące „nośnikami pamięci”, które warto włączyć do programu?</w:t>
      </w:r>
    </w:p>
    <w:p w14:paraId="2EA29080" w14:textId="77777777" w:rsidR="00EF40CC" w:rsidRPr="00887EC7" w:rsidRDefault="00351389">
      <w:pPr>
        <w:spacing w:after="20"/>
        <w:ind w:left="170"/>
        <w:rPr>
          <w:rFonts w:ascii="Amasis MT Pro Light" w:hAnsi="Amasis MT Pro Light"/>
        </w:rPr>
      </w:pPr>
      <w:r w:rsidRPr="00887EC7">
        <w:rPr>
          <w:rFonts w:ascii="Amasis MT Pro Light" w:hAnsi="Amasis MT Pro Light"/>
          <w:color w:val="D8DEE5"/>
          <w:sz w:val="16"/>
        </w:rPr>
        <w:t>________________________________________________________________________________</w:t>
      </w:r>
    </w:p>
    <w:p w14:paraId="2D8E3D84" w14:textId="77777777" w:rsidR="00EF40CC" w:rsidRPr="00887EC7" w:rsidRDefault="00351389">
      <w:pPr>
        <w:spacing w:after="20"/>
        <w:ind w:left="170"/>
        <w:rPr>
          <w:rFonts w:ascii="Amasis MT Pro Light" w:hAnsi="Amasis MT Pro Light"/>
        </w:rPr>
      </w:pPr>
      <w:r w:rsidRPr="00887EC7">
        <w:rPr>
          <w:rFonts w:ascii="Amasis MT Pro Light" w:hAnsi="Amasis MT Pro Light"/>
          <w:color w:val="D8DEE5"/>
          <w:sz w:val="16"/>
        </w:rPr>
        <w:t>________________________________________________________________________________</w:t>
      </w:r>
    </w:p>
    <w:p w14:paraId="44DAC193" w14:textId="77777777" w:rsidR="00EF40CC" w:rsidRPr="00887EC7" w:rsidRDefault="00351389">
      <w:pPr>
        <w:spacing w:after="20"/>
        <w:ind w:left="170"/>
        <w:rPr>
          <w:rFonts w:ascii="Amasis MT Pro Light" w:hAnsi="Amasis MT Pro Light"/>
        </w:rPr>
      </w:pPr>
      <w:r w:rsidRPr="00887EC7">
        <w:rPr>
          <w:rFonts w:ascii="Amasis MT Pro Light" w:hAnsi="Amasis MT Pro Light"/>
          <w:color w:val="D8DEE5"/>
          <w:sz w:val="16"/>
        </w:rPr>
        <w:t>________________________________________________________________________________</w:t>
      </w:r>
    </w:p>
    <w:p w14:paraId="6F95F8DF" w14:textId="14563035" w:rsidR="00710BA6" w:rsidRPr="00887EC7" w:rsidRDefault="00351389" w:rsidP="00887EC7">
      <w:pPr>
        <w:spacing w:after="20"/>
        <w:ind w:left="170"/>
        <w:rPr>
          <w:rFonts w:ascii="Amasis MT Pro Light" w:hAnsi="Amasis MT Pro Light"/>
        </w:rPr>
      </w:pPr>
      <w:r w:rsidRPr="00887EC7">
        <w:rPr>
          <w:rFonts w:ascii="Amasis MT Pro Light" w:hAnsi="Amasis MT Pro Light"/>
          <w:color w:val="D8DEE5"/>
          <w:sz w:val="16"/>
        </w:rPr>
        <w:t>________________________________________________________________________________</w:t>
      </w:r>
    </w:p>
    <w:p w14:paraId="35F5C4B6" w14:textId="66DAB671" w:rsidR="00EF40CC" w:rsidRPr="00887EC7" w:rsidRDefault="00351389">
      <w:pPr>
        <w:spacing w:before="240" w:after="40"/>
        <w:rPr>
          <w:rFonts w:ascii="Amasis MT Pro Light" w:hAnsi="Amasis MT Pro Light"/>
        </w:rPr>
      </w:pPr>
      <w:r w:rsidRPr="00887EC7">
        <w:rPr>
          <w:rFonts w:ascii="Amasis MT Pro Light" w:hAnsi="Amasis MT Pro Light"/>
          <w:b/>
          <w:color w:val="B28A4A"/>
          <w:sz w:val="32"/>
        </w:rPr>
        <w:t xml:space="preserve">II  </w:t>
      </w:r>
      <w:r w:rsidRPr="00887EC7">
        <w:rPr>
          <w:rFonts w:ascii="Amasis MT Pro Light" w:hAnsi="Amasis MT Pro Light"/>
          <w:b/>
          <w:color w:val="243447"/>
          <w:sz w:val="32"/>
        </w:rPr>
        <w:t>PROGRAM I FORMY DZIAŁANIA</w:t>
      </w:r>
    </w:p>
    <w:p w14:paraId="308840A0" w14:textId="77777777" w:rsidR="00EF40CC" w:rsidRPr="00887EC7" w:rsidRDefault="00351389">
      <w:pPr>
        <w:spacing w:after="120"/>
        <w:rPr>
          <w:rFonts w:ascii="Amasis MT Pro Light" w:hAnsi="Amasis MT Pro Light"/>
        </w:rPr>
      </w:pPr>
      <w:r w:rsidRPr="00887EC7">
        <w:rPr>
          <w:rFonts w:ascii="Amasis MT Pro Light" w:hAnsi="Amasis MT Pro Light"/>
          <w:i/>
          <w:color w:val="68727C"/>
          <w:sz w:val="18"/>
        </w:rPr>
        <w:t>Interesuje nas nie tylko to, co Centrum ma pokazywać, ale także co ma się w nim dziać.</w:t>
      </w:r>
    </w:p>
    <w:p w14:paraId="7624110A" w14:textId="77777777" w:rsidR="00EF40CC" w:rsidRPr="00887EC7" w:rsidRDefault="00351389">
      <w:pPr>
        <w:pStyle w:val="Question"/>
        <w:rPr>
          <w:rFonts w:ascii="Amasis MT Pro Light" w:hAnsi="Amasis MT Pro Light"/>
          <w:lang w:val="pl-PL"/>
        </w:rPr>
      </w:pPr>
      <w:r w:rsidRPr="00887EC7">
        <w:rPr>
          <w:rFonts w:ascii="Amasis MT Pro Light" w:hAnsi="Amasis MT Pro Light"/>
          <w:lang w:val="pl-PL"/>
        </w:rPr>
        <w:t>5. Jakich wydarzeń, zajęć lub innych działań oczekujesz w Centrum?</w:t>
      </w:r>
    </w:p>
    <w:p w14:paraId="60AEA172" w14:textId="77777777" w:rsidR="00EF40CC" w:rsidRPr="00887EC7" w:rsidRDefault="00351389">
      <w:pPr>
        <w:spacing w:after="20"/>
        <w:ind w:left="170"/>
        <w:rPr>
          <w:rFonts w:ascii="Amasis MT Pro Light" w:hAnsi="Amasis MT Pro Light"/>
        </w:rPr>
      </w:pPr>
      <w:r w:rsidRPr="00887EC7">
        <w:rPr>
          <w:rFonts w:ascii="Amasis MT Pro Light" w:hAnsi="Amasis MT Pro Light"/>
          <w:color w:val="D8DEE5"/>
          <w:sz w:val="16"/>
        </w:rPr>
        <w:t>________________________________________________________________________________</w:t>
      </w:r>
    </w:p>
    <w:p w14:paraId="26747326" w14:textId="77777777" w:rsidR="00EF40CC" w:rsidRPr="00887EC7" w:rsidRDefault="00351389">
      <w:pPr>
        <w:spacing w:after="20"/>
        <w:ind w:left="170"/>
        <w:rPr>
          <w:rFonts w:ascii="Amasis MT Pro Light" w:hAnsi="Amasis MT Pro Light"/>
        </w:rPr>
      </w:pPr>
      <w:r w:rsidRPr="00887EC7">
        <w:rPr>
          <w:rFonts w:ascii="Amasis MT Pro Light" w:hAnsi="Amasis MT Pro Light"/>
          <w:color w:val="D8DEE5"/>
          <w:sz w:val="16"/>
        </w:rPr>
        <w:t>________________________________________________________________________________</w:t>
      </w:r>
    </w:p>
    <w:p w14:paraId="5C723F63" w14:textId="77777777" w:rsidR="00EF40CC" w:rsidRPr="00887EC7" w:rsidRDefault="00351389">
      <w:pPr>
        <w:spacing w:after="20"/>
        <w:ind w:left="170"/>
        <w:rPr>
          <w:rFonts w:ascii="Amasis MT Pro Light" w:hAnsi="Amasis MT Pro Light"/>
        </w:rPr>
      </w:pPr>
      <w:r w:rsidRPr="00887EC7">
        <w:rPr>
          <w:rFonts w:ascii="Amasis MT Pro Light" w:hAnsi="Amasis MT Pro Light"/>
          <w:color w:val="D8DEE5"/>
          <w:sz w:val="16"/>
        </w:rPr>
        <w:t>________________________________________________________________________________</w:t>
      </w:r>
    </w:p>
    <w:p w14:paraId="25F696DA" w14:textId="77777777" w:rsidR="00EF40CC" w:rsidRPr="00887EC7" w:rsidRDefault="00351389">
      <w:pPr>
        <w:spacing w:after="20"/>
        <w:ind w:left="170"/>
        <w:rPr>
          <w:rFonts w:ascii="Amasis MT Pro Light" w:hAnsi="Amasis MT Pro Light"/>
        </w:rPr>
      </w:pPr>
      <w:r w:rsidRPr="00887EC7">
        <w:rPr>
          <w:rFonts w:ascii="Amasis MT Pro Light" w:hAnsi="Amasis MT Pro Light"/>
          <w:color w:val="D8DEE5"/>
          <w:sz w:val="16"/>
        </w:rPr>
        <w:t>________________________________________________________________________________</w:t>
      </w:r>
    </w:p>
    <w:p w14:paraId="0005F387" w14:textId="77777777" w:rsidR="00EF40CC" w:rsidRPr="00887EC7" w:rsidRDefault="00351389">
      <w:pPr>
        <w:pStyle w:val="Question"/>
        <w:rPr>
          <w:rFonts w:ascii="Amasis MT Pro Light" w:hAnsi="Amasis MT Pro Light"/>
          <w:lang w:val="pl-PL"/>
        </w:rPr>
      </w:pPr>
      <w:r w:rsidRPr="00887EC7">
        <w:rPr>
          <w:rFonts w:ascii="Amasis MT Pro Light" w:hAnsi="Amasis MT Pro Light"/>
          <w:lang w:val="pl-PL"/>
        </w:rPr>
        <w:t>6. Które działania powinny mieć charakter cykliczny i zachęcać do ponownych wizyt?</w:t>
      </w:r>
    </w:p>
    <w:p w14:paraId="7F5C3CB5" w14:textId="77777777" w:rsidR="00EF40CC" w:rsidRPr="00887EC7" w:rsidRDefault="00351389">
      <w:pPr>
        <w:spacing w:after="20"/>
        <w:ind w:left="170"/>
        <w:rPr>
          <w:rFonts w:ascii="Amasis MT Pro Light" w:hAnsi="Amasis MT Pro Light"/>
        </w:rPr>
      </w:pPr>
      <w:r w:rsidRPr="00887EC7">
        <w:rPr>
          <w:rFonts w:ascii="Amasis MT Pro Light" w:hAnsi="Amasis MT Pro Light"/>
          <w:color w:val="D8DEE5"/>
          <w:sz w:val="16"/>
        </w:rPr>
        <w:t>________________________________________________________________________________</w:t>
      </w:r>
    </w:p>
    <w:p w14:paraId="1091F494" w14:textId="77777777" w:rsidR="00EF40CC" w:rsidRPr="00887EC7" w:rsidRDefault="00351389">
      <w:pPr>
        <w:spacing w:after="20"/>
        <w:ind w:left="170"/>
        <w:rPr>
          <w:rFonts w:ascii="Amasis MT Pro Light" w:hAnsi="Amasis MT Pro Light"/>
        </w:rPr>
      </w:pPr>
      <w:r w:rsidRPr="00887EC7">
        <w:rPr>
          <w:rFonts w:ascii="Amasis MT Pro Light" w:hAnsi="Amasis MT Pro Light"/>
          <w:color w:val="D8DEE5"/>
          <w:sz w:val="16"/>
        </w:rPr>
        <w:t>________________________________________________________________________________</w:t>
      </w:r>
    </w:p>
    <w:p w14:paraId="4A6086BD" w14:textId="77777777" w:rsidR="00EF40CC" w:rsidRPr="00887EC7" w:rsidRDefault="00351389">
      <w:pPr>
        <w:spacing w:after="20"/>
        <w:ind w:left="170"/>
        <w:rPr>
          <w:rFonts w:ascii="Amasis MT Pro Light" w:hAnsi="Amasis MT Pro Light"/>
        </w:rPr>
      </w:pPr>
      <w:r w:rsidRPr="00887EC7">
        <w:rPr>
          <w:rFonts w:ascii="Amasis MT Pro Light" w:hAnsi="Amasis MT Pro Light"/>
          <w:color w:val="D8DEE5"/>
          <w:sz w:val="16"/>
        </w:rPr>
        <w:t>________________________________________________________________________________</w:t>
      </w:r>
    </w:p>
    <w:p w14:paraId="741DEA9B" w14:textId="77777777" w:rsidR="00EF40CC" w:rsidRPr="00887EC7" w:rsidRDefault="00351389">
      <w:pPr>
        <w:pStyle w:val="Question"/>
        <w:rPr>
          <w:rFonts w:ascii="Amasis MT Pro Light" w:hAnsi="Amasis MT Pro Light"/>
          <w:lang w:val="pl-PL"/>
        </w:rPr>
      </w:pPr>
      <w:r w:rsidRPr="00887EC7">
        <w:rPr>
          <w:rFonts w:ascii="Amasis MT Pro Light" w:hAnsi="Amasis MT Pro Light"/>
          <w:lang w:val="pl-PL"/>
        </w:rPr>
        <w:t>7. W jaki sposób mieszkańcy, organizacje społeczne, szkoły, twórcy lub lokalni pasjonaci mogliby współtworzyć ofertę Centrum?</w:t>
      </w:r>
    </w:p>
    <w:p w14:paraId="3ABE365E" w14:textId="77777777" w:rsidR="00EF40CC" w:rsidRPr="00887EC7" w:rsidRDefault="00351389">
      <w:pPr>
        <w:spacing w:after="20"/>
        <w:ind w:left="170"/>
        <w:rPr>
          <w:rFonts w:ascii="Amasis MT Pro Light" w:hAnsi="Amasis MT Pro Light"/>
        </w:rPr>
      </w:pPr>
      <w:r w:rsidRPr="00887EC7">
        <w:rPr>
          <w:rFonts w:ascii="Amasis MT Pro Light" w:hAnsi="Amasis MT Pro Light"/>
          <w:color w:val="D8DEE5"/>
          <w:sz w:val="16"/>
        </w:rPr>
        <w:t>________________________________________________________________________________</w:t>
      </w:r>
    </w:p>
    <w:p w14:paraId="2E3889F1" w14:textId="77777777" w:rsidR="00EF40CC" w:rsidRPr="00887EC7" w:rsidRDefault="00351389">
      <w:pPr>
        <w:spacing w:after="20"/>
        <w:ind w:left="170"/>
        <w:rPr>
          <w:rFonts w:ascii="Amasis MT Pro Light" w:hAnsi="Amasis MT Pro Light"/>
        </w:rPr>
      </w:pPr>
      <w:r w:rsidRPr="00887EC7">
        <w:rPr>
          <w:rFonts w:ascii="Amasis MT Pro Light" w:hAnsi="Amasis MT Pro Light"/>
          <w:color w:val="D8DEE5"/>
          <w:sz w:val="16"/>
        </w:rPr>
        <w:t>________________________________________________________________________________</w:t>
      </w:r>
    </w:p>
    <w:p w14:paraId="4A10BB91" w14:textId="77777777" w:rsidR="00EF40CC" w:rsidRPr="00887EC7" w:rsidRDefault="00351389">
      <w:pPr>
        <w:spacing w:after="20"/>
        <w:ind w:left="170"/>
        <w:rPr>
          <w:rFonts w:ascii="Amasis MT Pro Light" w:hAnsi="Amasis MT Pro Light"/>
        </w:rPr>
      </w:pPr>
      <w:r w:rsidRPr="00887EC7">
        <w:rPr>
          <w:rFonts w:ascii="Amasis MT Pro Light" w:hAnsi="Amasis MT Pro Light"/>
          <w:color w:val="D8DEE5"/>
          <w:sz w:val="16"/>
        </w:rPr>
        <w:t>________________________________________________________________________________</w:t>
      </w:r>
    </w:p>
    <w:p w14:paraId="7EF87B6B" w14:textId="77777777" w:rsidR="00EF40CC" w:rsidRPr="00887EC7" w:rsidRDefault="00351389">
      <w:pPr>
        <w:spacing w:after="20"/>
        <w:ind w:left="170"/>
        <w:rPr>
          <w:rFonts w:ascii="Amasis MT Pro Light" w:hAnsi="Amasis MT Pro Light"/>
        </w:rPr>
      </w:pPr>
      <w:r w:rsidRPr="00887EC7">
        <w:rPr>
          <w:rFonts w:ascii="Amasis MT Pro Light" w:hAnsi="Amasis MT Pro Light"/>
          <w:color w:val="D8DEE5"/>
          <w:sz w:val="16"/>
        </w:rPr>
        <w:t>________________________________________________________________________________</w:t>
      </w:r>
    </w:p>
    <w:p w14:paraId="1DA3BE98" w14:textId="77777777" w:rsidR="00EF40CC" w:rsidRPr="00887EC7" w:rsidRDefault="00351389">
      <w:pPr>
        <w:spacing w:before="240" w:after="40"/>
        <w:rPr>
          <w:rFonts w:ascii="Amasis MT Pro Light" w:hAnsi="Amasis MT Pro Light"/>
        </w:rPr>
      </w:pPr>
      <w:r w:rsidRPr="00887EC7">
        <w:rPr>
          <w:rFonts w:ascii="Amasis MT Pro Light" w:hAnsi="Amasis MT Pro Light"/>
          <w:b/>
          <w:color w:val="B28A4A"/>
          <w:sz w:val="32"/>
        </w:rPr>
        <w:t xml:space="preserve">III  </w:t>
      </w:r>
      <w:r w:rsidRPr="00887EC7">
        <w:rPr>
          <w:rFonts w:ascii="Amasis MT Pro Light" w:hAnsi="Amasis MT Pro Light"/>
          <w:b/>
          <w:color w:val="243447"/>
          <w:sz w:val="32"/>
        </w:rPr>
        <w:t>ODBIORCY I DOSTĘPNOŚĆ</w:t>
      </w:r>
    </w:p>
    <w:p w14:paraId="2DD39779" w14:textId="77777777" w:rsidR="00EF40CC" w:rsidRPr="00887EC7" w:rsidRDefault="00351389">
      <w:pPr>
        <w:spacing w:after="120"/>
        <w:rPr>
          <w:rFonts w:ascii="Amasis MT Pro Light" w:hAnsi="Amasis MT Pro Light"/>
        </w:rPr>
      </w:pPr>
      <w:r w:rsidRPr="00887EC7">
        <w:rPr>
          <w:rFonts w:ascii="Amasis MT Pro Light" w:hAnsi="Amasis MT Pro Light"/>
          <w:i/>
          <w:color w:val="68727C"/>
          <w:sz w:val="18"/>
        </w:rPr>
        <w:t>Chcemy poznać potrzeby grup, które mogą mieć różne oczekiwania i bariery.</w:t>
      </w:r>
    </w:p>
    <w:p w14:paraId="2966D706" w14:textId="77777777" w:rsidR="00EF40CC" w:rsidRPr="00887EC7" w:rsidRDefault="00351389">
      <w:pPr>
        <w:pStyle w:val="Question"/>
        <w:rPr>
          <w:rFonts w:ascii="Amasis MT Pro Light" w:hAnsi="Amasis MT Pro Light"/>
          <w:lang w:val="pl-PL"/>
        </w:rPr>
      </w:pPr>
      <w:r w:rsidRPr="00887EC7">
        <w:rPr>
          <w:rFonts w:ascii="Amasis MT Pro Light" w:hAnsi="Amasis MT Pro Light"/>
          <w:lang w:val="pl-PL"/>
        </w:rPr>
        <w:t>8. Dla jakich grup odbiorców należy przygotować szczególne działania i dlaczego?</w:t>
      </w:r>
    </w:p>
    <w:p w14:paraId="6953C164" w14:textId="77777777" w:rsidR="00EF40CC" w:rsidRPr="00887EC7" w:rsidRDefault="00351389">
      <w:pPr>
        <w:spacing w:after="20"/>
        <w:ind w:left="170"/>
        <w:rPr>
          <w:rFonts w:ascii="Amasis MT Pro Light" w:hAnsi="Amasis MT Pro Light"/>
        </w:rPr>
      </w:pPr>
      <w:r w:rsidRPr="00887EC7">
        <w:rPr>
          <w:rFonts w:ascii="Amasis MT Pro Light" w:hAnsi="Amasis MT Pro Light"/>
          <w:color w:val="D8DEE5"/>
          <w:sz w:val="16"/>
        </w:rPr>
        <w:t>________________________________________________________________________________</w:t>
      </w:r>
    </w:p>
    <w:p w14:paraId="4D2F0CB8" w14:textId="77777777" w:rsidR="00EF40CC" w:rsidRPr="00887EC7" w:rsidRDefault="00351389">
      <w:pPr>
        <w:spacing w:after="20"/>
        <w:ind w:left="170"/>
        <w:rPr>
          <w:rFonts w:ascii="Amasis MT Pro Light" w:hAnsi="Amasis MT Pro Light"/>
        </w:rPr>
      </w:pPr>
      <w:r w:rsidRPr="00887EC7">
        <w:rPr>
          <w:rFonts w:ascii="Amasis MT Pro Light" w:hAnsi="Amasis MT Pro Light"/>
          <w:color w:val="D8DEE5"/>
          <w:sz w:val="16"/>
        </w:rPr>
        <w:t>________________________________________________________________________________</w:t>
      </w:r>
    </w:p>
    <w:p w14:paraId="2107BE32" w14:textId="77777777" w:rsidR="00EF40CC" w:rsidRPr="00887EC7" w:rsidRDefault="00351389">
      <w:pPr>
        <w:spacing w:after="20"/>
        <w:ind w:left="170"/>
        <w:rPr>
          <w:rFonts w:ascii="Amasis MT Pro Light" w:hAnsi="Amasis MT Pro Light"/>
        </w:rPr>
      </w:pPr>
      <w:r w:rsidRPr="00887EC7">
        <w:rPr>
          <w:rFonts w:ascii="Amasis MT Pro Light" w:hAnsi="Amasis MT Pro Light"/>
          <w:color w:val="D8DEE5"/>
          <w:sz w:val="16"/>
        </w:rPr>
        <w:t>________________________________________________________________________________</w:t>
      </w:r>
    </w:p>
    <w:p w14:paraId="4118455A" w14:textId="77777777" w:rsidR="00EF40CC" w:rsidRPr="00887EC7" w:rsidRDefault="00351389">
      <w:pPr>
        <w:spacing w:after="20"/>
        <w:ind w:left="170"/>
        <w:rPr>
          <w:rFonts w:ascii="Amasis MT Pro Light" w:hAnsi="Amasis MT Pro Light"/>
        </w:rPr>
      </w:pPr>
      <w:r w:rsidRPr="00887EC7">
        <w:rPr>
          <w:rFonts w:ascii="Amasis MT Pro Light" w:hAnsi="Amasis MT Pro Light"/>
          <w:color w:val="D8DEE5"/>
          <w:sz w:val="16"/>
        </w:rPr>
        <w:t>________________________________________________________________________________</w:t>
      </w:r>
    </w:p>
    <w:p w14:paraId="5B296895" w14:textId="77777777" w:rsidR="00EF40CC" w:rsidRPr="00887EC7" w:rsidRDefault="00351389">
      <w:pPr>
        <w:pStyle w:val="Question"/>
        <w:rPr>
          <w:rFonts w:ascii="Amasis MT Pro Light" w:hAnsi="Amasis MT Pro Light"/>
          <w:lang w:val="pl-PL"/>
        </w:rPr>
      </w:pPr>
      <w:r w:rsidRPr="00887EC7">
        <w:rPr>
          <w:rFonts w:ascii="Amasis MT Pro Light" w:hAnsi="Amasis MT Pro Light"/>
          <w:lang w:val="pl-PL"/>
        </w:rPr>
        <w:t>9. Jakie bariery mogą utrudniać korzystanie z Centrum (np. transport, koszt, godziny, dostępność architektoniczna, komunikacja, sposób prezentowania treści)?</w:t>
      </w:r>
    </w:p>
    <w:p w14:paraId="5E9E02A1" w14:textId="77777777" w:rsidR="00EF40CC" w:rsidRPr="00887EC7" w:rsidRDefault="00351389">
      <w:pPr>
        <w:spacing w:after="20"/>
        <w:ind w:left="170"/>
        <w:rPr>
          <w:rFonts w:ascii="Amasis MT Pro Light" w:hAnsi="Amasis MT Pro Light"/>
        </w:rPr>
      </w:pPr>
      <w:r w:rsidRPr="00887EC7">
        <w:rPr>
          <w:rFonts w:ascii="Amasis MT Pro Light" w:hAnsi="Amasis MT Pro Light"/>
          <w:color w:val="D8DEE5"/>
          <w:sz w:val="16"/>
        </w:rPr>
        <w:t>________________________________________________________________________________</w:t>
      </w:r>
    </w:p>
    <w:p w14:paraId="6ED7C6E8" w14:textId="77777777" w:rsidR="00EF40CC" w:rsidRPr="00887EC7" w:rsidRDefault="00351389">
      <w:pPr>
        <w:spacing w:after="20"/>
        <w:ind w:left="170"/>
        <w:rPr>
          <w:rFonts w:ascii="Amasis MT Pro Light" w:hAnsi="Amasis MT Pro Light"/>
        </w:rPr>
      </w:pPr>
      <w:r w:rsidRPr="00887EC7">
        <w:rPr>
          <w:rFonts w:ascii="Amasis MT Pro Light" w:hAnsi="Amasis MT Pro Light"/>
          <w:color w:val="D8DEE5"/>
          <w:sz w:val="16"/>
        </w:rPr>
        <w:t>________________________________________________________________________________</w:t>
      </w:r>
    </w:p>
    <w:p w14:paraId="66F6AC1D" w14:textId="77777777" w:rsidR="00EF40CC" w:rsidRPr="00887EC7" w:rsidRDefault="00351389">
      <w:pPr>
        <w:spacing w:after="20"/>
        <w:ind w:left="170"/>
        <w:rPr>
          <w:rFonts w:ascii="Amasis MT Pro Light" w:hAnsi="Amasis MT Pro Light"/>
        </w:rPr>
      </w:pPr>
      <w:r w:rsidRPr="00887EC7">
        <w:rPr>
          <w:rFonts w:ascii="Amasis MT Pro Light" w:hAnsi="Amasis MT Pro Light"/>
          <w:color w:val="D8DEE5"/>
          <w:sz w:val="16"/>
        </w:rPr>
        <w:t>________________________________________________________________________________</w:t>
      </w:r>
    </w:p>
    <w:p w14:paraId="2035BBDD" w14:textId="77777777" w:rsidR="00EF40CC" w:rsidRPr="00887EC7" w:rsidRDefault="00351389">
      <w:pPr>
        <w:spacing w:after="20"/>
        <w:ind w:left="170"/>
        <w:rPr>
          <w:rFonts w:ascii="Amasis MT Pro Light" w:hAnsi="Amasis MT Pro Light"/>
        </w:rPr>
      </w:pPr>
      <w:r w:rsidRPr="00887EC7">
        <w:rPr>
          <w:rFonts w:ascii="Amasis MT Pro Light" w:hAnsi="Amasis MT Pro Light"/>
          <w:color w:val="D8DEE5"/>
          <w:sz w:val="16"/>
        </w:rPr>
        <w:t>________________________________________________________________________________</w:t>
      </w:r>
    </w:p>
    <w:p w14:paraId="4874D345" w14:textId="77777777" w:rsidR="00EF40CC" w:rsidRPr="00887EC7" w:rsidRDefault="00351389">
      <w:pPr>
        <w:pStyle w:val="Question"/>
        <w:rPr>
          <w:rFonts w:ascii="Amasis MT Pro Light" w:hAnsi="Amasis MT Pro Light"/>
          <w:lang w:val="pl-PL"/>
        </w:rPr>
      </w:pPr>
      <w:r w:rsidRPr="00887EC7">
        <w:rPr>
          <w:rFonts w:ascii="Amasis MT Pro Light" w:hAnsi="Amasis MT Pro Light"/>
          <w:lang w:val="pl-PL"/>
        </w:rPr>
        <w:lastRenderedPageBreak/>
        <w:t>10. Jakie konkretne rozwiązania dostępności powinny zostać zastosowane w ofercie i komunikacji Centrum?</w:t>
      </w:r>
    </w:p>
    <w:p w14:paraId="44D9CA91" w14:textId="77777777" w:rsidR="00EF40CC" w:rsidRPr="00887EC7" w:rsidRDefault="00351389">
      <w:pPr>
        <w:spacing w:after="20"/>
        <w:ind w:left="170"/>
        <w:rPr>
          <w:rFonts w:ascii="Amasis MT Pro Light" w:hAnsi="Amasis MT Pro Light"/>
        </w:rPr>
      </w:pPr>
      <w:r w:rsidRPr="00887EC7">
        <w:rPr>
          <w:rFonts w:ascii="Amasis MT Pro Light" w:hAnsi="Amasis MT Pro Light"/>
          <w:color w:val="D8DEE5"/>
          <w:sz w:val="16"/>
        </w:rPr>
        <w:t>________________________________________________________________________________</w:t>
      </w:r>
    </w:p>
    <w:p w14:paraId="723D07F8" w14:textId="77777777" w:rsidR="00EF40CC" w:rsidRPr="00887EC7" w:rsidRDefault="00351389">
      <w:pPr>
        <w:spacing w:after="20"/>
        <w:ind w:left="170"/>
        <w:rPr>
          <w:rFonts w:ascii="Amasis MT Pro Light" w:hAnsi="Amasis MT Pro Light"/>
        </w:rPr>
      </w:pPr>
      <w:r w:rsidRPr="00887EC7">
        <w:rPr>
          <w:rFonts w:ascii="Amasis MT Pro Light" w:hAnsi="Amasis MT Pro Light"/>
          <w:color w:val="D8DEE5"/>
          <w:sz w:val="16"/>
        </w:rPr>
        <w:t>________________________________________________________________________________</w:t>
      </w:r>
    </w:p>
    <w:p w14:paraId="2A67B97E" w14:textId="77777777" w:rsidR="00EF40CC" w:rsidRPr="00887EC7" w:rsidRDefault="00351389">
      <w:pPr>
        <w:spacing w:after="20"/>
        <w:ind w:left="170"/>
        <w:rPr>
          <w:rFonts w:ascii="Amasis MT Pro Light" w:hAnsi="Amasis MT Pro Light"/>
        </w:rPr>
      </w:pPr>
      <w:r w:rsidRPr="00887EC7">
        <w:rPr>
          <w:rFonts w:ascii="Amasis MT Pro Light" w:hAnsi="Amasis MT Pro Light"/>
          <w:color w:val="D8DEE5"/>
          <w:sz w:val="16"/>
        </w:rPr>
        <w:t>________________________________________________________________________________</w:t>
      </w:r>
    </w:p>
    <w:p w14:paraId="6843EF1D" w14:textId="77777777" w:rsidR="00EF40CC" w:rsidRPr="00887EC7" w:rsidRDefault="00351389">
      <w:pPr>
        <w:spacing w:after="20"/>
        <w:ind w:left="170"/>
        <w:rPr>
          <w:rFonts w:ascii="Amasis MT Pro Light" w:hAnsi="Amasis MT Pro Light"/>
        </w:rPr>
      </w:pPr>
      <w:r w:rsidRPr="00887EC7">
        <w:rPr>
          <w:rFonts w:ascii="Amasis MT Pro Light" w:hAnsi="Amasis MT Pro Light"/>
          <w:color w:val="D8DEE5"/>
          <w:sz w:val="16"/>
        </w:rPr>
        <w:t>________________________________________________________________________________</w:t>
      </w:r>
    </w:p>
    <w:p w14:paraId="11390B4C" w14:textId="77777777" w:rsidR="00EF40CC" w:rsidRPr="00887EC7" w:rsidRDefault="00351389">
      <w:pPr>
        <w:spacing w:before="240" w:after="40"/>
        <w:rPr>
          <w:rFonts w:ascii="Amasis MT Pro Light" w:hAnsi="Amasis MT Pro Light"/>
        </w:rPr>
      </w:pPr>
      <w:r w:rsidRPr="00887EC7">
        <w:rPr>
          <w:rFonts w:ascii="Amasis MT Pro Light" w:hAnsi="Amasis MT Pro Light"/>
          <w:b/>
          <w:color w:val="B28A4A"/>
          <w:sz w:val="32"/>
        </w:rPr>
        <w:t xml:space="preserve">IV  </w:t>
      </w:r>
      <w:r w:rsidRPr="00887EC7">
        <w:rPr>
          <w:rFonts w:ascii="Amasis MT Pro Light" w:hAnsi="Amasis MT Pro Light"/>
          <w:b/>
          <w:color w:val="243447"/>
          <w:sz w:val="32"/>
        </w:rPr>
        <w:t>FUNKCJONOWANIE I KOMUNIKACJA</w:t>
      </w:r>
    </w:p>
    <w:p w14:paraId="54731B54" w14:textId="77777777" w:rsidR="00EF40CC" w:rsidRPr="00887EC7" w:rsidRDefault="00351389">
      <w:pPr>
        <w:spacing w:after="120"/>
        <w:rPr>
          <w:rFonts w:ascii="Amasis MT Pro Light" w:hAnsi="Amasis MT Pro Light"/>
        </w:rPr>
      </w:pPr>
      <w:r w:rsidRPr="00887EC7">
        <w:rPr>
          <w:rFonts w:ascii="Amasis MT Pro Light" w:hAnsi="Amasis MT Pro Light"/>
          <w:i/>
          <w:color w:val="68727C"/>
          <w:sz w:val="18"/>
        </w:rPr>
        <w:t>Jak sprawić, aby Centrum było żywym miejscem, a nie obiektem odwiedzanym jednorazowo?</w:t>
      </w:r>
    </w:p>
    <w:p w14:paraId="5EEC529C" w14:textId="77777777" w:rsidR="00EF40CC" w:rsidRPr="00887EC7" w:rsidRDefault="00351389">
      <w:pPr>
        <w:pStyle w:val="Question"/>
        <w:rPr>
          <w:rFonts w:ascii="Amasis MT Pro Light" w:hAnsi="Amasis MT Pro Light"/>
          <w:lang w:val="pl-PL"/>
        </w:rPr>
      </w:pPr>
      <w:r w:rsidRPr="00887EC7">
        <w:rPr>
          <w:rFonts w:ascii="Amasis MT Pro Light" w:hAnsi="Amasis MT Pro Light"/>
          <w:lang w:val="pl-PL"/>
        </w:rPr>
        <w:t>11. Co sprawiłoby, że chciał(a)byś wracać do Centrum regularnie?</w:t>
      </w:r>
    </w:p>
    <w:p w14:paraId="2B2A167F" w14:textId="77777777" w:rsidR="00EF40CC" w:rsidRPr="00887EC7" w:rsidRDefault="00351389">
      <w:pPr>
        <w:spacing w:after="20"/>
        <w:ind w:left="170"/>
        <w:rPr>
          <w:rFonts w:ascii="Amasis MT Pro Light" w:hAnsi="Amasis MT Pro Light"/>
        </w:rPr>
      </w:pPr>
      <w:r w:rsidRPr="00887EC7">
        <w:rPr>
          <w:rFonts w:ascii="Amasis MT Pro Light" w:hAnsi="Amasis MT Pro Light"/>
          <w:color w:val="D8DEE5"/>
          <w:sz w:val="16"/>
        </w:rPr>
        <w:t>________________________________________________________________________________</w:t>
      </w:r>
    </w:p>
    <w:p w14:paraId="08ADC83A" w14:textId="77777777" w:rsidR="00EF40CC" w:rsidRPr="00887EC7" w:rsidRDefault="00351389">
      <w:pPr>
        <w:spacing w:after="20"/>
        <w:ind w:left="170"/>
        <w:rPr>
          <w:rFonts w:ascii="Amasis MT Pro Light" w:hAnsi="Amasis MT Pro Light"/>
        </w:rPr>
      </w:pPr>
      <w:r w:rsidRPr="00887EC7">
        <w:rPr>
          <w:rFonts w:ascii="Amasis MT Pro Light" w:hAnsi="Amasis MT Pro Light"/>
          <w:color w:val="D8DEE5"/>
          <w:sz w:val="16"/>
        </w:rPr>
        <w:t>________________________________________________________________________________</w:t>
      </w:r>
    </w:p>
    <w:p w14:paraId="0DE7147E" w14:textId="77777777" w:rsidR="00EF40CC" w:rsidRPr="00887EC7" w:rsidRDefault="00351389">
      <w:pPr>
        <w:spacing w:after="20"/>
        <w:ind w:left="170"/>
        <w:rPr>
          <w:rFonts w:ascii="Amasis MT Pro Light" w:hAnsi="Amasis MT Pro Light"/>
        </w:rPr>
      </w:pPr>
      <w:r w:rsidRPr="00887EC7">
        <w:rPr>
          <w:rFonts w:ascii="Amasis MT Pro Light" w:hAnsi="Amasis MT Pro Light"/>
          <w:color w:val="D8DEE5"/>
          <w:sz w:val="16"/>
        </w:rPr>
        <w:t>________________________________________________________________________________</w:t>
      </w:r>
    </w:p>
    <w:p w14:paraId="7509DAD2" w14:textId="77777777" w:rsidR="00EF40CC" w:rsidRPr="00887EC7" w:rsidRDefault="00351389">
      <w:pPr>
        <w:pStyle w:val="Question"/>
        <w:rPr>
          <w:rFonts w:ascii="Amasis MT Pro Light" w:hAnsi="Amasis MT Pro Light"/>
          <w:lang w:val="pl-PL"/>
        </w:rPr>
      </w:pPr>
      <w:r w:rsidRPr="00887EC7">
        <w:rPr>
          <w:rFonts w:ascii="Amasis MT Pro Light" w:hAnsi="Amasis MT Pro Light"/>
          <w:lang w:val="pl-PL"/>
        </w:rPr>
        <w:t>12. Jak najlepiej informować mieszkańców i odwiedzających o ofercie Centrum?</w:t>
      </w:r>
    </w:p>
    <w:p w14:paraId="161C9B35" w14:textId="77777777" w:rsidR="00EF40CC" w:rsidRPr="00887EC7" w:rsidRDefault="00351389">
      <w:pPr>
        <w:spacing w:after="20"/>
        <w:ind w:left="170"/>
        <w:rPr>
          <w:rFonts w:ascii="Amasis MT Pro Light" w:hAnsi="Amasis MT Pro Light"/>
        </w:rPr>
      </w:pPr>
      <w:r w:rsidRPr="00887EC7">
        <w:rPr>
          <w:rFonts w:ascii="Amasis MT Pro Light" w:hAnsi="Amasis MT Pro Light"/>
          <w:color w:val="D8DEE5"/>
          <w:sz w:val="16"/>
        </w:rPr>
        <w:t>________________________________________________________________________________</w:t>
      </w:r>
    </w:p>
    <w:p w14:paraId="627B0FE7" w14:textId="77777777" w:rsidR="00EF40CC" w:rsidRPr="00887EC7" w:rsidRDefault="00351389">
      <w:pPr>
        <w:spacing w:after="20"/>
        <w:ind w:left="170"/>
        <w:rPr>
          <w:rFonts w:ascii="Amasis MT Pro Light" w:hAnsi="Amasis MT Pro Light"/>
        </w:rPr>
      </w:pPr>
      <w:r w:rsidRPr="00887EC7">
        <w:rPr>
          <w:rFonts w:ascii="Amasis MT Pro Light" w:hAnsi="Amasis MT Pro Light"/>
          <w:color w:val="D8DEE5"/>
          <w:sz w:val="16"/>
        </w:rPr>
        <w:t>________________________________________________________________________________</w:t>
      </w:r>
    </w:p>
    <w:p w14:paraId="261DEDFB" w14:textId="77777777" w:rsidR="00EF40CC" w:rsidRPr="00887EC7" w:rsidRDefault="00351389">
      <w:pPr>
        <w:spacing w:after="20"/>
        <w:ind w:left="170"/>
        <w:rPr>
          <w:rFonts w:ascii="Amasis MT Pro Light" w:hAnsi="Amasis MT Pro Light"/>
        </w:rPr>
      </w:pPr>
      <w:r w:rsidRPr="00887EC7">
        <w:rPr>
          <w:rFonts w:ascii="Amasis MT Pro Light" w:hAnsi="Amasis MT Pro Light"/>
          <w:color w:val="D8DEE5"/>
          <w:sz w:val="16"/>
        </w:rPr>
        <w:t>________________________________________________________________________________</w:t>
      </w:r>
    </w:p>
    <w:p w14:paraId="653F8096" w14:textId="77777777" w:rsidR="00EF40CC" w:rsidRPr="00887EC7" w:rsidRDefault="00351389">
      <w:pPr>
        <w:pStyle w:val="Question"/>
        <w:rPr>
          <w:rFonts w:ascii="Amasis MT Pro Light" w:hAnsi="Amasis MT Pro Light"/>
          <w:lang w:val="pl-PL"/>
        </w:rPr>
      </w:pPr>
      <w:r w:rsidRPr="00887EC7">
        <w:rPr>
          <w:rFonts w:ascii="Amasis MT Pro Light" w:hAnsi="Amasis MT Pro Light"/>
          <w:lang w:val="pl-PL"/>
        </w:rPr>
        <w:t>13. Czy Centrum powinno współpracować z konkretnymi osobami, organizacjami lub instytucjami? Jeśli tak – z kim i w jakim zakresie?</w:t>
      </w:r>
    </w:p>
    <w:p w14:paraId="5034E27E" w14:textId="77777777" w:rsidR="00EF40CC" w:rsidRPr="00887EC7" w:rsidRDefault="00351389">
      <w:pPr>
        <w:spacing w:after="20"/>
        <w:ind w:left="170"/>
        <w:rPr>
          <w:rFonts w:ascii="Amasis MT Pro Light" w:hAnsi="Amasis MT Pro Light"/>
        </w:rPr>
      </w:pPr>
      <w:r w:rsidRPr="00887EC7">
        <w:rPr>
          <w:rFonts w:ascii="Amasis MT Pro Light" w:hAnsi="Amasis MT Pro Light"/>
          <w:color w:val="D8DEE5"/>
          <w:sz w:val="16"/>
        </w:rPr>
        <w:t>________________________________________________________________________________</w:t>
      </w:r>
    </w:p>
    <w:p w14:paraId="17E1DA1C" w14:textId="77777777" w:rsidR="00EF40CC" w:rsidRPr="00887EC7" w:rsidRDefault="00351389">
      <w:pPr>
        <w:spacing w:after="20"/>
        <w:ind w:left="170"/>
        <w:rPr>
          <w:rFonts w:ascii="Amasis MT Pro Light" w:hAnsi="Amasis MT Pro Light"/>
        </w:rPr>
      </w:pPr>
      <w:r w:rsidRPr="00887EC7">
        <w:rPr>
          <w:rFonts w:ascii="Amasis MT Pro Light" w:hAnsi="Amasis MT Pro Light"/>
          <w:color w:val="D8DEE5"/>
          <w:sz w:val="16"/>
        </w:rPr>
        <w:t>________________________________________________________________________________</w:t>
      </w:r>
    </w:p>
    <w:p w14:paraId="4E7931F2" w14:textId="77777777" w:rsidR="00EF40CC" w:rsidRPr="00887EC7" w:rsidRDefault="00351389">
      <w:pPr>
        <w:spacing w:after="20"/>
        <w:ind w:left="170"/>
        <w:rPr>
          <w:rFonts w:ascii="Amasis MT Pro Light" w:hAnsi="Amasis MT Pro Light"/>
        </w:rPr>
      </w:pPr>
      <w:r w:rsidRPr="00887EC7">
        <w:rPr>
          <w:rFonts w:ascii="Amasis MT Pro Light" w:hAnsi="Amasis MT Pro Light"/>
          <w:color w:val="D8DEE5"/>
          <w:sz w:val="16"/>
        </w:rPr>
        <w:t>________________________________________________________________________________</w:t>
      </w:r>
    </w:p>
    <w:p w14:paraId="1A7DFF96" w14:textId="77777777" w:rsidR="00EF40CC" w:rsidRPr="00887EC7" w:rsidRDefault="00351389">
      <w:pPr>
        <w:spacing w:after="20"/>
        <w:ind w:left="170"/>
        <w:rPr>
          <w:rFonts w:ascii="Amasis MT Pro Light" w:hAnsi="Amasis MT Pro Light"/>
        </w:rPr>
      </w:pPr>
      <w:r w:rsidRPr="00887EC7">
        <w:rPr>
          <w:rFonts w:ascii="Amasis MT Pro Light" w:hAnsi="Amasis MT Pro Light"/>
          <w:color w:val="D8DEE5"/>
          <w:sz w:val="16"/>
        </w:rPr>
        <w:t>________________________________________________________________________________</w:t>
      </w:r>
    </w:p>
    <w:p w14:paraId="6EC2DBD4" w14:textId="77777777" w:rsidR="00EF40CC" w:rsidRPr="00887EC7" w:rsidRDefault="00351389">
      <w:pPr>
        <w:spacing w:before="240" w:after="40"/>
        <w:rPr>
          <w:rFonts w:ascii="Amasis MT Pro Light" w:hAnsi="Amasis MT Pro Light"/>
        </w:rPr>
      </w:pPr>
      <w:r w:rsidRPr="00887EC7">
        <w:rPr>
          <w:rFonts w:ascii="Amasis MT Pro Light" w:hAnsi="Amasis MT Pro Light"/>
          <w:b/>
          <w:color w:val="B28A4A"/>
          <w:sz w:val="32"/>
        </w:rPr>
        <w:t xml:space="preserve">V  </w:t>
      </w:r>
      <w:r w:rsidRPr="00887EC7">
        <w:rPr>
          <w:rFonts w:ascii="Amasis MT Pro Light" w:hAnsi="Amasis MT Pro Light"/>
          <w:b/>
          <w:color w:val="243447"/>
          <w:sz w:val="32"/>
        </w:rPr>
        <w:t>NAJWAŻNIEJSZY POSTULAT</w:t>
      </w:r>
    </w:p>
    <w:p w14:paraId="44785903" w14:textId="77777777" w:rsidR="00EF40CC" w:rsidRPr="00887EC7" w:rsidRDefault="00351389">
      <w:pPr>
        <w:spacing w:after="120"/>
        <w:rPr>
          <w:rFonts w:ascii="Amasis MT Pro Light" w:hAnsi="Amasis MT Pro Light"/>
        </w:rPr>
      </w:pPr>
      <w:r w:rsidRPr="00887EC7">
        <w:rPr>
          <w:rFonts w:ascii="Amasis MT Pro Light" w:hAnsi="Amasis MT Pro Light"/>
          <w:i/>
          <w:color w:val="68727C"/>
          <w:sz w:val="18"/>
        </w:rPr>
        <w:t>Na zakończenie wskaż jedną rzecz, której Twoim zdaniem nie powinno zabraknąć.</w:t>
      </w:r>
    </w:p>
    <w:p w14:paraId="57FBB1D0" w14:textId="77777777" w:rsidR="00EF40CC" w:rsidRPr="00887EC7" w:rsidRDefault="00351389">
      <w:pPr>
        <w:pStyle w:val="Question"/>
        <w:rPr>
          <w:rFonts w:ascii="Amasis MT Pro Light" w:hAnsi="Amasis MT Pro Light"/>
          <w:lang w:val="pl-PL"/>
        </w:rPr>
      </w:pPr>
      <w:r w:rsidRPr="00887EC7">
        <w:rPr>
          <w:rFonts w:ascii="Amasis MT Pro Light" w:hAnsi="Amasis MT Pro Light"/>
          <w:lang w:val="pl-PL"/>
        </w:rPr>
        <w:t>14. Gdybyś mógł/mogła zgłosić tylko jeden postulat dotyczący przyszłej oferty Centrum, co by to było?</w:t>
      </w:r>
    </w:p>
    <w:p w14:paraId="6DE15DB7" w14:textId="77777777" w:rsidR="00EF40CC" w:rsidRPr="00887EC7" w:rsidRDefault="00351389">
      <w:pPr>
        <w:spacing w:after="20"/>
        <w:ind w:left="170"/>
        <w:rPr>
          <w:rFonts w:ascii="Amasis MT Pro Light" w:hAnsi="Amasis MT Pro Light"/>
        </w:rPr>
      </w:pPr>
      <w:r w:rsidRPr="00887EC7">
        <w:rPr>
          <w:rFonts w:ascii="Amasis MT Pro Light" w:hAnsi="Amasis MT Pro Light"/>
          <w:color w:val="D8DEE5"/>
          <w:sz w:val="16"/>
        </w:rPr>
        <w:t>________________________________________________________________________________</w:t>
      </w:r>
    </w:p>
    <w:p w14:paraId="79D5178F" w14:textId="77777777" w:rsidR="00EF40CC" w:rsidRPr="00887EC7" w:rsidRDefault="00351389">
      <w:pPr>
        <w:spacing w:after="20"/>
        <w:ind w:left="170"/>
        <w:rPr>
          <w:rFonts w:ascii="Amasis MT Pro Light" w:hAnsi="Amasis MT Pro Light"/>
        </w:rPr>
      </w:pPr>
      <w:r w:rsidRPr="00887EC7">
        <w:rPr>
          <w:rFonts w:ascii="Amasis MT Pro Light" w:hAnsi="Amasis MT Pro Light"/>
          <w:color w:val="D8DEE5"/>
          <w:sz w:val="16"/>
        </w:rPr>
        <w:t>________________________________________________________________________________</w:t>
      </w:r>
    </w:p>
    <w:p w14:paraId="7EF5C04E" w14:textId="77777777" w:rsidR="00EF40CC" w:rsidRPr="00887EC7" w:rsidRDefault="00351389">
      <w:pPr>
        <w:spacing w:after="20"/>
        <w:ind w:left="170"/>
        <w:rPr>
          <w:rFonts w:ascii="Amasis MT Pro Light" w:hAnsi="Amasis MT Pro Light"/>
        </w:rPr>
      </w:pPr>
      <w:r w:rsidRPr="00887EC7">
        <w:rPr>
          <w:rFonts w:ascii="Amasis MT Pro Light" w:hAnsi="Amasis MT Pro Light"/>
          <w:color w:val="D8DEE5"/>
          <w:sz w:val="16"/>
        </w:rPr>
        <w:t>________________________________________________________________________________</w:t>
      </w:r>
    </w:p>
    <w:p w14:paraId="34DF7E2D" w14:textId="77777777" w:rsidR="00EF40CC" w:rsidRPr="00887EC7" w:rsidRDefault="00351389">
      <w:pPr>
        <w:spacing w:after="20"/>
        <w:ind w:left="170"/>
        <w:rPr>
          <w:rFonts w:ascii="Amasis MT Pro Light" w:hAnsi="Amasis MT Pro Light"/>
        </w:rPr>
      </w:pPr>
      <w:r w:rsidRPr="00887EC7">
        <w:rPr>
          <w:rFonts w:ascii="Amasis MT Pro Light" w:hAnsi="Amasis MT Pro Light"/>
          <w:color w:val="D8DEE5"/>
          <w:sz w:val="16"/>
        </w:rPr>
        <w:t>________________________________________________________________________________</w:t>
      </w:r>
    </w:p>
    <w:p w14:paraId="7CF85857" w14:textId="77777777" w:rsidR="00EF40CC" w:rsidRPr="00887EC7" w:rsidRDefault="00351389">
      <w:pPr>
        <w:spacing w:after="20"/>
        <w:ind w:left="170"/>
        <w:rPr>
          <w:rFonts w:ascii="Amasis MT Pro Light" w:hAnsi="Amasis MT Pro Light"/>
        </w:rPr>
      </w:pPr>
      <w:r w:rsidRPr="00887EC7">
        <w:rPr>
          <w:rFonts w:ascii="Amasis MT Pro Light" w:hAnsi="Amasis MT Pro Light"/>
          <w:color w:val="D8DEE5"/>
          <w:sz w:val="16"/>
        </w:rPr>
        <w:t>________________________________________________________________________________</w:t>
      </w:r>
    </w:p>
    <w:p w14:paraId="5E61F332" w14:textId="77777777" w:rsidR="00EF40CC" w:rsidRPr="00887EC7" w:rsidRDefault="00351389">
      <w:pPr>
        <w:pStyle w:val="Question"/>
        <w:rPr>
          <w:rFonts w:ascii="Amasis MT Pro Light" w:hAnsi="Amasis MT Pro Light"/>
          <w:lang w:val="pl-PL"/>
        </w:rPr>
      </w:pPr>
      <w:r w:rsidRPr="00887EC7">
        <w:rPr>
          <w:rFonts w:ascii="Amasis MT Pro Light" w:hAnsi="Amasis MT Pro Light"/>
          <w:lang w:val="pl-PL"/>
        </w:rPr>
        <w:t>15. Inne uwagi lub propozycje</w:t>
      </w:r>
    </w:p>
    <w:p w14:paraId="6EBBAD16" w14:textId="77777777" w:rsidR="00EF40CC" w:rsidRPr="00887EC7" w:rsidRDefault="00351389">
      <w:pPr>
        <w:spacing w:after="20"/>
        <w:ind w:left="170"/>
        <w:rPr>
          <w:rFonts w:ascii="Amasis MT Pro Light" w:hAnsi="Amasis MT Pro Light"/>
        </w:rPr>
      </w:pPr>
      <w:r w:rsidRPr="00887EC7">
        <w:rPr>
          <w:rFonts w:ascii="Amasis MT Pro Light" w:hAnsi="Amasis MT Pro Light"/>
          <w:color w:val="D8DEE5"/>
          <w:sz w:val="16"/>
        </w:rPr>
        <w:t>________________________________________________________________________________</w:t>
      </w:r>
    </w:p>
    <w:p w14:paraId="30EC22B9" w14:textId="77777777" w:rsidR="00EF40CC" w:rsidRPr="00887EC7" w:rsidRDefault="00351389">
      <w:pPr>
        <w:spacing w:after="20"/>
        <w:ind w:left="170"/>
        <w:rPr>
          <w:rFonts w:ascii="Amasis MT Pro Light" w:hAnsi="Amasis MT Pro Light"/>
        </w:rPr>
      </w:pPr>
      <w:r w:rsidRPr="00887EC7">
        <w:rPr>
          <w:rFonts w:ascii="Amasis MT Pro Light" w:hAnsi="Amasis MT Pro Light"/>
          <w:color w:val="D8DEE5"/>
          <w:sz w:val="16"/>
        </w:rPr>
        <w:t>________________________________________________________________________________</w:t>
      </w:r>
    </w:p>
    <w:p w14:paraId="6DFCE540" w14:textId="77777777" w:rsidR="00EF40CC" w:rsidRPr="00887EC7" w:rsidRDefault="00351389">
      <w:pPr>
        <w:spacing w:after="20"/>
        <w:ind w:left="170"/>
        <w:rPr>
          <w:rFonts w:ascii="Amasis MT Pro Light" w:hAnsi="Amasis MT Pro Light"/>
        </w:rPr>
      </w:pPr>
      <w:r w:rsidRPr="00887EC7">
        <w:rPr>
          <w:rFonts w:ascii="Amasis MT Pro Light" w:hAnsi="Amasis MT Pro Light"/>
          <w:color w:val="D8DEE5"/>
          <w:sz w:val="16"/>
        </w:rPr>
        <w:t>________________________________________________________________________________</w:t>
      </w:r>
    </w:p>
    <w:p w14:paraId="19F3C47C" w14:textId="77777777" w:rsidR="00EF40CC" w:rsidRPr="00887EC7" w:rsidRDefault="00351389">
      <w:pPr>
        <w:spacing w:after="20"/>
        <w:ind w:left="170"/>
        <w:rPr>
          <w:rFonts w:ascii="Amasis MT Pro Light" w:hAnsi="Amasis MT Pro Light"/>
        </w:rPr>
      </w:pPr>
      <w:r w:rsidRPr="00887EC7">
        <w:rPr>
          <w:rFonts w:ascii="Amasis MT Pro Light" w:hAnsi="Amasis MT Pro Light"/>
          <w:color w:val="D8DEE5"/>
          <w:sz w:val="16"/>
        </w:rPr>
        <w:t>________________________________________________________________________________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9"/>
      </w:tblGrid>
      <w:tr w:rsidR="00EF40CC" w:rsidRPr="00887EC7" w14:paraId="2F38677D" w14:textId="77777777">
        <w:trPr>
          <w:jc w:val="center"/>
        </w:trPr>
        <w:tc>
          <w:tcPr>
            <w:tcW w:w="10312" w:type="dxa"/>
            <w:tcBorders>
              <w:left w:val="single" w:sz="18" w:space="0" w:color="B28A4A"/>
            </w:tcBorders>
            <w:shd w:val="clear" w:color="auto" w:fill="F5F1E8"/>
            <w:tcMar>
              <w:top w:w="180" w:type="dxa"/>
              <w:left w:w="220" w:type="dxa"/>
              <w:bottom w:w="180" w:type="dxa"/>
              <w:right w:w="220" w:type="dxa"/>
            </w:tcMar>
          </w:tcPr>
          <w:p w14:paraId="37C582D1" w14:textId="7CF41322" w:rsidR="00EF40CC" w:rsidRPr="00887EC7" w:rsidRDefault="00351389">
            <w:pPr>
              <w:spacing w:after="0"/>
              <w:rPr>
                <w:rFonts w:ascii="Amasis MT Pro Light" w:hAnsi="Amasis MT Pro Light"/>
              </w:rPr>
            </w:pPr>
            <w:r w:rsidRPr="00887EC7">
              <w:rPr>
                <w:rFonts w:ascii="Amasis MT Pro Light" w:hAnsi="Amasis MT Pro Light"/>
                <w:sz w:val="18"/>
              </w:rPr>
              <w:t xml:space="preserve">Co stanie się z Twoją uwagą? Zgłoszenia zostaną pogrupowane tematycznie i ujęte w wykazie postulatów. Przy każdym postulacie zostanie odnotowane, czy i w jaki sposób wpłynął na ostateczne założenia oferty. </w:t>
            </w:r>
          </w:p>
        </w:tc>
      </w:tr>
    </w:tbl>
    <w:p w14:paraId="51117347" w14:textId="77777777" w:rsidR="003201BB" w:rsidRPr="005A1A87" w:rsidRDefault="003201BB">
      <w:pPr>
        <w:rPr>
          <w:rFonts w:ascii="Amasis MT Pro Light" w:hAnsi="Amasis MT Pro Light"/>
        </w:rPr>
      </w:pPr>
    </w:p>
    <w:sectPr w:rsidR="003201BB" w:rsidRPr="005A1A87" w:rsidSect="00034616">
      <w:headerReference w:type="default" r:id="rId8"/>
      <w:footerReference w:type="default" r:id="rId9"/>
      <w:pgSz w:w="12240" w:h="15840"/>
      <w:pgMar w:top="850" w:right="964" w:bottom="850" w:left="964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CFC00" w14:textId="77777777" w:rsidR="00E5010F" w:rsidRPr="00887EC7" w:rsidRDefault="00E5010F">
      <w:pPr>
        <w:spacing w:after="0" w:line="240" w:lineRule="auto"/>
      </w:pPr>
      <w:r w:rsidRPr="00887EC7">
        <w:separator/>
      </w:r>
    </w:p>
  </w:endnote>
  <w:endnote w:type="continuationSeparator" w:id="0">
    <w:p w14:paraId="53559389" w14:textId="77777777" w:rsidR="00E5010F" w:rsidRPr="00887EC7" w:rsidRDefault="00E5010F">
      <w:pPr>
        <w:spacing w:after="0" w:line="240" w:lineRule="auto"/>
      </w:pPr>
      <w:r w:rsidRPr="00887EC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masis MT Pro Light">
    <w:charset w:val="EE"/>
    <w:family w:val="roman"/>
    <w:pitch w:val="variable"/>
    <w:sig w:usb0="A00000AF" w:usb1="4000205B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5A801" w14:textId="16659D02" w:rsidR="00EF40CC" w:rsidRPr="00887EC7" w:rsidRDefault="00710BA6">
    <w:pPr>
      <w:pStyle w:val="Stopka"/>
      <w:jc w:val="center"/>
    </w:pPr>
    <w:r w:rsidRPr="00887EC7">
      <w:rPr>
        <w:lang w:eastAsia="pl-PL"/>
      </w:rPr>
      <w:drawing>
        <wp:inline distT="0" distB="0" distL="0" distR="0" wp14:anchorId="53451C29" wp14:editId="1D5620D8">
          <wp:extent cx="2400300" cy="828675"/>
          <wp:effectExtent l="0" t="0" r="0" b="9525"/>
          <wp:docPr id="1315512330" name="Obraz 3" descr="Strona główna - Centrum Funduszy UECentrum Funduszy U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Strona główna - Centrum Funduszy UECentrum Funduszy U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0300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B8A77E" w14:textId="77777777" w:rsidR="00E5010F" w:rsidRPr="00887EC7" w:rsidRDefault="00E5010F">
      <w:pPr>
        <w:spacing w:after="0" w:line="240" w:lineRule="auto"/>
      </w:pPr>
      <w:r w:rsidRPr="00887EC7">
        <w:separator/>
      </w:r>
    </w:p>
  </w:footnote>
  <w:footnote w:type="continuationSeparator" w:id="0">
    <w:p w14:paraId="317CA91F" w14:textId="77777777" w:rsidR="00E5010F" w:rsidRPr="00887EC7" w:rsidRDefault="00E5010F">
      <w:pPr>
        <w:spacing w:after="0" w:line="240" w:lineRule="auto"/>
      </w:pPr>
      <w:r w:rsidRPr="00887EC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17824" w14:textId="185F9A87" w:rsidR="00EF40CC" w:rsidRPr="00887EC7" w:rsidRDefault="00351389">
    <w:pPr>
      <w:pStyle w:val="Nagwek"/>
      <w:jc w:val="right"/>
      <w:rPr>
        <w:b/>
        <w:color w:val="B28A4A"/>
        <w:sz w:val="15"/>
      </w:rPr>
    </w:pPr>
    <w:r w:rsidRPr="00887EC7">
      <w:rPr>
        <w:b/>
        <w:color w:val="B28A4A"/>
        <w:sz w:val="15"/>
      </w:rPr>
      <w:t xml:space="preserve">CENTRUM ROZWOJU HISTORII ZIEMIAŃSTWA </w:t>
    </w:r>
    <w:r w:rsidR="00887EC7" w:rsidRPr="00887EC7">
      <w:rPr>
        <w:b/>
        <w:color w:val="B28A4A"/>
        <w:sz w:val="15"/>
      </w:rPr>
      <w:t>ZIEMI OPATOWSKIEJ</w:t>
    </w:r>
    <w:r w:rsidRPr="00887EC7">
      <w:rPr>
        <w:b/>
        <w:color w:val="B28A4A"/>
        <w:sz w:val="15"/>
      </w:rPr>
      <w:t xml:space="preserve"> •  BADANIA I KONSULTACJE</w:t>
    </w:r>
  </w:p>
  <w:p w14:paraId="53A7B82D" w14:textId="77777777" w:rsidR="00887EC7" w:rsidRPr="00887EC7" w:rsidRDefault="00887EC7" w:rsidP="00887EC7">
    <w:pPr>
      <w:pStyle w:val="Nagwek"/>
      <w:rPr>
        <w:b/>
        <w:color w:val="B28A4A"/>
        <w:sz w:val="15"/>
      </w:rPr>
    </w:pPr>
  </w:p>
  <w:p w14:paraId="25FE73F2" w14:textId="77777777" w:rsidR="00887EC7" w:rsidRPr="00887EC7" w:rsidRDefault="00887EC7">
    <w:pPr>
      <w:pStyle w:val="Nagwek"/>
      <w:jc w:val="right"/>
      <w:rPr>
        <w:b/>
        <w:color w:val="B28A4A"/>
        <w:sz w:val="15"/>
      </w:rPr>
    </w:pPr>
  </w:p>
  <w:p w14:paraId="35E3FCC2" w14:textId="5E460959" w:rsidR="00887EC7" w:rsidRPr="00887EC7" w:rsidRDefault="00887EC7" w:rsidP="00887EC7">
    <w:pPr>
      <w:pStyle w:val="Nagwek"/>
      <w:rPr>
        <w:rFonts w:ascii="Calibri" w:hAnsi="Calibri" w:cs="Calibri"/>
        <w:sz w:val="28"/>
        <w:szCs w:val="28"/>
        <w14:textOutline w14:w="0" w14:cap="flat" w14:cmpd="sng" w14:algn="ctr">
          <w14:noFill/>
          <w14:prstDash w14:val="solid"/>
          <w14:round/>
        </w14:textOutline>
      </w:rPr>
    </w:pPr>
    <w:bookmarkStart w:id="0" w:name="OLE_LINK85"/>
    <w:r w:rsidRPr="00887EC7">
      <w:rPr>
        <w:rFonts w:ascii="Calibri" w:hAnsi="Calibri" w:cs="Calibri"/>
        <w:sz w:val="36"/>
        <w:szCs w:val="36"/>
      </w:rPr>
      <mc:AlternateContent>
        <mc:Choice Requires="wpg">
          <w:drawing>
            <wp:anchor distT="0" distB="0" distL="0" distR="0" simplePos="0" relativeHeight="251659264" behindDoc="1" locked="0" layoutInCell="1" allowOverlap="1" wp14:anchorId="5471AF3D" wp14:editId="285C9E57">
              <wp:simplePos x="0" y="0"/>
              <wp:positionH relativeFrom="margin">
                <wp:posOffset>152400</wp:posOffset>
              </wp:positionH>
              <wp:positionV relativeFrom="margin">
                <wp:posOffset>-122555</wp:posOffset>
              </wp:positionV>
              <wp:extent cx="2084705" cy="45719"/>
              <wp:effectExtent l="0" t="0" r="0" b="0"/>
              <wp:wrapNone/>
              <wp:docPr id="51273447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2084705" cy="45719"/>
                        <a:chOff x="0" y="0"/>
                        <a:chExt cx="7562850" cy="424815"/>
                      </a:xfrm>
                    </wpg:grpSpPr>
                    <wps:wsp>
                      <wps:cNvPr id="968044435" name="Graphic 2"/>
                      <wps:cNvSpPr/>
                      <wps:spPr>
                        <a:xfrm>
                          <a:off x="0" y="11"/>
                          <a:ext cx="7562850" cy="25272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2850" h="252729">
                              <a:moveTo>
                                <a:pt x="4380585" y="252730"/>
                              </a:moveTo>
                              <a:lnTo>
                                <a:pt x="4252734" y="0"/>
                              </a:lnTo>
                              <a:lnTo>
                                <a:pt x="0" y="0"/>
                              </a:lnTo>
                              <a:lnTo>
                                <a:pt x="0" y="252730"/>
                              </a:lnTo>
                              <a:lnTo>
                                <a:pt x="4380585" y="252730"/>
                              </a:lnTo>
                              <a:close/>
                            </a:path>
                            <a:path w="7562850" h="252729">
                              <a:moveTo>
                                <a:pt x="7562723" y="0"/>
                              </a:moveTo>
                              <a:lnTo>
                                <a:pt x="7322896" y="0"/>
                              </a:lnTo>
                              <a:lnTo>
                                <a:pt x="7450747" y="252730"/>
                              </a:lnTo>
                              <a:lnTo>
                                <a:pt x="7562723" y="252730"/>
                              </a:lnTo>
                              <a:lnTo>
                                <a:pt x="75627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88FC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76224364" name="Graphic 3"/>
                      <wps:cNvSpPr/>
                      <wps:spPr>
                        <a:xfrm>
                          <a:off x="4359797" y="0"/>
                          <a:ext cx="3068320" cy="424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68320" h="424815">
                              <a:moveTo>
                                <a:pt x="0" y="0"/>
                              </a:moveTo>
                              <a:lnTo>
                                <a:pt x="2853782" y="0"/>
                              </a:lnTo>
                              <a:lnTo>
                                <a:pt x="3068256" y="424264"/>
                              </a:lnTo>
                              <a:lnTo>
                                <a:pt x="214474" y="42426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313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0DF9A7B" id="Group 1" o:spid="_x0000_s1026" style="position:absolute;margin-left:12pt;margin-top:-9.65pt;width:164.15pt;height:3.6pt;z-index:-251657216;mso-wrap-distance-left:0;mso-wrap-distance-right:0;mso-position-horizontal-relative:margin;mso-position-vertical-relative:margin;mso-width-relative:margin;mso-height-relative:margin" coordsize="75628,4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">
              <v:shape id="Graphic 2" o:spid="_x0000_s1027" style="position:absolute;width:75628;height:2527;visibility:visible;mso-wrap-style:square;v-text-anchor:top" coordsize="7562850,252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" path="m4380585,252730l4252734,,,,,252730r4380585,xem7562723,l7322896,r127851,252730l7562723,252730,7562723,xe" fillcolor="#588fc8" stroked="f">
                <v:path arrowok="t"/>
              </v:shape>
              <v:shape id="Graphic 3" o:spid="_x0000_s1028" style="position:absolute;left:43597;width:30684;height:4248;visibility:visible;mso-wrap-style:square;v-text-anchor:top" coordsize="3068320,424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" path="m,l2853782,r214474,424264l214474,424264,,xe" fillcolor="#ff3131" stroked="f">
                <v:path arrowok="t"/>
              </v:shape>
              <w10:wrap anchorx="margin" anchory="margin"/>
            </v:group>
          </w:pict>
        </mc:Fallback>
      </mc:AlternateContent>
    </w:r>
    <w:r w:rsidRPr="00887EC7">
      <w:rPr>
        <w:rFonts w:ascii="Calibri" w:hAnsi="Calibri" w:cs="Calibri"/>
        <w:b/>
        <w:bCs/>
        <w:sz w:val="44"/>
        <w:szCs w:val="44"/>
        <w14:textOutline w14:w="0" w14:cap="flat" w14:cmpd="sng" w14:algn="ctr">
          <w14:noFill/>
          <w14:prstDash w14:val="solid"/>
          <w14:round/>
        </w14:textOutline>
      </w:rPr>
      <w:drawing>
        <wp:anchor distT="0" distB="0" distL="114300" distR="114300" simplePos="0" relativeHeight="251657216" behindDoc="0" locked="0" layoutInCell="1" allowOverlap="1" wp14:anchorId="043327A8" wp14:editId="3985066A">
          <wp:simplePos x="0" y="0"/>
          <wp:positionH relativeFrom="leftMargin">
            <wp:posOffset>321310</wp:posOffset>
          </wp:positionH>
          <wp:positionV relativeFrom="paragraph">
            <wp:posOffset>75616</wp:posOffset>
          </wp:positionV>
          <wp:extent cx="475488" cy="561340"/>
          <wp:effectExtent l="0" t="0" r="1270" b="0"/>
          <wp:wrapNone/>
          <wp:docPr id="1649476739" name="Obraz 6" descr="Obraz zawierający clipart, design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6699295" name="Obraz 6" descr="Obraz zawierający clipart, design&#10;&#10;Zawartość wygenerowana przez sztuczną inteligencję może być niepoprawn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5488" cy="5613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87EC7">
      <w:rPr>
        <w:rFonts w:ascii="Calibri" w:hAnsi="Calibri" w:cs="Calibri"/>
        <w:b/>
        <w:bCs/>
        <w:sz w:val="44"/>
        <w:szCs w:val="44"/>
        <w14:textOutline w14:w="0" w14:cap="flat" w14:cmpd="sng" w14:algn="ctr">
          <w14:noFill/>
          <w14:prstDash w14:val="solid"/>
          <w14:round/>
        </w14:textOutline>
      </w:rPr>
      <w:t xml:space="preserve">  </w:t>
    </w:r>
    <w:r w:rsidRPr="00887EC7">
      <w:rPr>
        <w:rFonts w:ascii="Calibri" w:hAnsi="Calibri" w:cs="Calibri"/>
        <w:b/>
        <w:bCs/>
        <w:sz w:val="44"/>
        <w:szCs w:val="44"/>
        <w14:textOutline w14:w="0" w14:cap="flat" w14:cmpd="sng" w14:algn="ctr">
          <w14:noFill/>
          <w14:prstDash w14:val="solid"/>
          <w14:round/>
        </w14:textOutline>
      </w:rPr>
      <w:t xml:space="preserve">  </w:t>
    </w:r>
    <w:r w:rsidRPr="00887EC7">
      <w:rPr>
        <w:rFonts w:ascii="Calibri" w:hAnsi="Calibri" w:cs="Calibri"/>
        <w:b/>
        <w:bCs/>
        <w:sz w:val="44"/>
        <w:szCs w:val="44"/>
        <w14:textOutline w14:w="0" w14:cap="flat" w14:cmpd="sng" w14:algn="ctr">
          <w14:noFill/>
          <w14:prstDash w14:val="solid"/>
          <w14:round/>
        </w14:textOutline>
      </w:rPr>
      <w:t>Powiat Opatowski</w:t>
    </w:r>
    <w:r w:rsidRPr="00887EC7">
      <w:rPr>
        <w:rFonts w:ascii="Calibri" w:hAnsi="Calibri" w:cs="Calibri"/>
        <w:b/>
        <w:bCs/>
        <w:sz w:val="44"/>
        <w:szCs w:val="44"/>
        <w14:textOutline w14:w="0" w14:cap="flat" w14:cmpd="sng" w14:algn="ctr">
          <w14:noFill/>
          <w14:prstDash w14:val="solid"/>
          <w14:round/>
        </w14:textOutline>
      </w:rPr>
      <w:br/>
    </w:r>
    <w:bookmarkEnd w:id="0"/>
  </w:p>
  <w:p w14:paraId="27FEFBD0" w14:textId="77777777" w:rsidR="00887EC7" w:rsidRPr="00887EC7" w:rsidRDefault="00887EC7" w:rsidP="00887EC7">
    <w:pPr>
      <w:pStyle w:val="Nagwek"/>
      <w:rPr>
        <w:b/>
        <w:color w:val="B28A4A"/>
        <w:sz w:val="15"/>
      </w:rPr>
    </w:pPr>
  </w:p>
  <w:p w14:paraId="6C7A1AAF" w14:textId="77777777" w:rsidR="00887EC7" w:rsidRPr="00887EC7" w:rsidRDefault="00887EC7">
    <w:pPr>
      <w:pStyle w:val="Nagwek"/>
      <w:jc w:val="right"/>
      <w:rPr>
        <w:b/>
        <w:color w:val="B28A4A"/>
        <w:sz w:val="15"/>
      </w:rPr>
    </w:pPr>
  </w:p>
  <w:p w14:paraId="018947B3" w14:textId="77777777" w:rsidR="00887EC7" w:rsidRPr="00887EC7" w:rsidRDefault="00887EC7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02458186">
    <w:abstractNumId w:val="8"/>
  </w:num>
  <w:num w:numId="2" w16cid:durableId="2108650655">
    <w:abstractNumId w:val="6"/>
  </w:num>
  <w:num w:numId="3" w16cid:durableId="1436636901">
    <w:abstractNumId w:val="5"/>
  </w:num>
  <w:num w:numId="4" w16cid:durableId="1931162178">
    <w:abstractNumId w:val="4"/>
  </w:num>
  <w:num w:numId="5" w16cid:durableId="578448839">
    <w:abstractNumId w:val="7"/>
  </w:num>
  <w:num w:numId="6" w16cid:durableId="1952517202">
    <w:abstractNumId w:val="3"/>
  </w:num>
  <w:num w:numId="7" w16cid:durableId="1218591221">
    <w:abstractNumId w:val="2"/>
  </w:num>
  <w:num w:numId="8" w16cid:durableId="191235729">
    <w:abstractNumId w:val="1"/>
  </w:num>
  <w:num w:numId="9" w16cid:durableId="800659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D4C97"/>
    <w:rsid w:val="0029639D"/>
    <w:rsid w:val="00311E6D"/>
    <w:rsid w:val="003201BB"/>
    <w:rsid w:val="00326F90"/>
    <w:rsid w:val="00351389"/>
    <w:rsid w:val="0046042F"/>
    <w:rsid w:val="005A1A87"/>
    <w:rsid w:val="00710BA6"/>
    <w:rsid w:val="00810317"/>
    <w:rsid w:val="00887EC7"/>
    <w:rsid w:val="00AA1D8D"/>
    <w:rsid w:val="00B47730"/>
    <w:rsid w:val="00B87820"/>
    <w:rsid w:val="00CB0664"/>
    <w:rsid w:val="00D16280"/>
    <w:rsid w:val="00E029BE"/>
    <w:rsid w:val="00E5010F"/>
    <w:rsid w:val="00EF40C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0EFF9A35-BC6E-4183-A832-976AA5091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Aptos" w:hAnsi="Aptos"/>
      <w:color w:val="2C333A"/>
      <w:sz w:val="20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43447"/>
      <w:sz w:val="32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B28A4A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243447"/>
      <w:spacing w:val="5"/>
      <w:kern w:val="28"/>
      <w:sz w:val="5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Question">
    <w:name w:val="Question"/>
    <w:pPr>
      <w:spacing w:before="120" w:after="60"/>
    </w:pPr>
    <w:rPr>
      <w:rFonts w:ascii="Aptos" w:hAnsi="Aptos"/>
      <w:b/>
      <w:color w:val="243447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1139</Words>
  <Characters>6834</Characters>
  <Application>Microsoft Office Word</Application>
  <DocSecurity>4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7958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Ewelina Czub</cp:lastModifiedBy>
  <cp:revision>2</cp:revision>
  <dcterms:created xsi:type="dcterms:W3CDTF">2026-11-04T12:42:00Z</dcterms:created>
  <dcterms:modified xsi:type="dcterms:W3CDTF">2026-11-04T12:42:00Z</dcterms:modified>
  <cp:category/>
</cp:coreProperties>
</file>